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120"/>
        <w:jc w:val="center"/>
      </w:pPr>
      <w:r>
        <w:rPr>
          <w:rFonts w:ascii="Calibri" w:hAnsi="Calibri"/>
          <w:b/>
          <w:i w:val="0"/>
          <w:color w:val="C52031"/>
          <w:sz w:val="24"/>
        </w:rPr>
        <w:t>Petpooja Presents</w:t>
      </w:r>
    </w:p>
    <w:p>
      <w:pPr>
        <w:spacing w:after="240"/>
        <w:jc w:val="center"/>
      </w:pPr>
      <w:r>
        <w:rPr>
          <w:rFonts w:ascii="Calibri" w:hAnsi="Calibri"/>
          <w:b/>
          <w:i w:val="0"/>
          <w:color w:val="1F2937"/>
          <w:sz w:val="40"/>
        </w:rPr>
        <w:t>Offer Letter &amp; Appointment Letter</w:t>
        <w:br/>
        <w:t>Template Pack for Indian Businesses</w:t>
      </w:r>
    </w:p>
    <w:p>
      <w:pPr>
        <w:spacing w:after="480"/>
        <w:jc w:val="center"/>
      </w:pPr>
      <w:r>
        <w:rPr>
          <w:rFonts w:ascii="Calibri" w:hAnsi="Calibri"/>
          <w:b w:val="0"/>
          <w:i w:val="0"/>
          <w:color w:val="6B7280"/>
          <w:sz w:val="24"/>
        </w:rPr>
        <w:t>5 ready-to-use letter templates with Indian labour law compliance</w:t>
      </w:r>
    </w:p>
    <w:p>
      <w:pPr>
        <w:spacing w:before="120" w:after="120"/>
      </w:pPr>
      <w:r>
        <w:rPr>
          <w:color w:val="E5E7EB"/>
          <w:sz w:val="16"/>
        </w:rPr>
        <w:t>______________________________________________________________________</w:t>
      </w:r>
    </w:p>
    <w:p>
      <w:pPr>
        <w:spacing w:after="120"/>
      </w:pPr>
      <w:r>
        <w:rPr>
          <w:rFonts w:ascii="Calibri" w:hAnsi="Calibri"/>
          <w:b/>
          <w:i w:val="0"/>
          <w:color w:val="C52031"/>
          <w:sz w:val="28"/>
        </w:rPr>
        <w:t>What's Inside</w:t>
      </w:r>
    </w:p>
    <w:p>
      <w:pPr>
        <w:spacing w:after="40"/>
      </w:pPr>
      <w:r>
        <w:rPr>
          <w:rFonts w:ascii="Calibri" w:hAnsi="Calibri"/>
          <w:b/>
          <w:i w:val="0"/>
          <w:color w:val="1F2937"/>
          <w:sz w:val="22"/>
        </w:rPr>
        <w:t>1. Offer Letter</w:t>
      </w:r>
    </w:p>
    <w:p>
      <w:pPr>
        <w:spacing w:after="200"/>
      </w:pPr>
      <w:r>
        <w:rPr>
          <w:rFonts w:ascii="Calibri" w:hAnsi="Calibri"/>
          <w:b w:val="0"/>
          <w:i w:val="0"/>
          <w:color w:val="6B7280"/>
          <w:sz w:val="20"/>
        </w:rPr>
        <w:t>Pre-joining conditional offer. Sent after interview selection, before the candidate joins.</w:t>
      </w:r>
    </w:p>
    <w:p>
      <w:pPr>
        <w:spacing w:after="40"/>
      </w:pPr>
      <w:r>
        <w:rPr>
          <w:rFonts w:ascii="Calibri" w:hAnsi="Calibri"/>
          <w:b/>
          <w:i w:val="0"/>
          <w:color w:val="1F2937"/>
          <w:sz w:val="22"/>
        </w:rPr>
        <w:t>2. Appointment Letter</w:t>
      </w:r>
    </w:p>
    <w:p>
      <w:pPr>
        <w:spacing w:after="200"/>
      </w:pPr>
      <w:r>
        <w:rPr>
          <w:rFonts w:ascii="Calibri" w:hAnsi="Calibri"/>
          <w:b w:val="0"/>
          <w:i w:val="0"/>
          <w:color w:val="6B7280"/>
          <w:sz w:val="20"/>
        </w:rPr>
        <w:t>Formal employment contract. Issued on Day 1 with full terms, salary breakup, and compliance clauses.</w:t>
      </w:r>
    </w:p>
    <w:p>
      <w:pPr>
        <w:spacing w:after="40"/>
      </w:pPr>
      <w:r>
        <w:rPr>
          <w:rFonts w:ascii="Calibri" w:hAnsi="Calibri"/>
          <w:b/>
          <w:i w:val="0"/>
          <w:color w:val="1F2937"/>
          <w:sz w:val="22"/>
        </w:rPr>
        <w:t>3. Internship Offer Letter</w:t>
      </w:r>
    </w:p>
    <w:p>
      <w:pPr>
        <w:spacing w:after="200"/>
      </w:pPr>
      <w:r>
        <w:rPr>
          <w:rFonts w:ascii="Calibri" w:hAnsi="Calibri"/>
          <w:b w:val="0"/>
          <w:i w:val="0"/>
          <w:color w:val="6B7280"/>
          <w:sz w:val="20"/>
        </w:rPr>
        <w:t>For paid/unpaid interns. Covers stipend, duration, and project scope.</w:t>
      </w:r>
    </w:p>
    <w:p>
      <w:pPr>
        <w:spacing w:after="40"/>
      </w:pPr>
      <w:r>
        <w:rPr>
          <w:rFonts w:ascii="Calibri" w:hAnsi="Calibri"/>
          <w:b/>
          <w:i w:val="0"/>
          <w:color w:val="1F2937"/>
          <w:sz w:val="22"/>
        </w:rPr>
        <w:t>4. Probation Confirmation Letter</w:t>
      </w:r>
    </w:p>
    <w:p>
      <w:pPr>
        <w:spacing w:after="200"/>
      </w:pPr>
      <w:r>
        <w:rPr>
          <w:rFonts w:ascii="Calibri" w:hAnsi="Calibri"/>
          <w:b w:val="0"/>
          <w:i w:val="0"/>
          <w:color w:val="6B7280"/>
          <w:sz w:val="20"/>
        </w:rPr>
        <w:t>Issued after probation period ends. Confirms permanent employment and revised terms.</w:t>
      </w:r>
    </w:p>
    <w:p>
      <w:pPr>
        <w:spacing w:after="40"/>
      </w:pPr>
      <w:r>
        <w:rPr>
          <w:rFonts w:ascii="Calibri" w:hAnsi="Calibri"/>
          <w:b/>
          <w:i w:val="0"/>
          <w:color w:val="1F2937"/>
          <w:sz w:val="22"/>
        </w:rPr>
        <w:t>5. Contract Employee Offer Letter</w:t>
      </w:r>
    </w:p>
    <w:p>
      <w:pPr>
        <w:spacing w:after="200"/>
      </w:pPr>
      <w:r>
        <w:rPr>
          <w:rFonts w:ascii="Calibri" w:hAnsi="Calibri"/>
          <w:b w:val="0"/>
          <w:i w:val="0"/>
          <w:color w:val="6B7280"/>
          <w:sz w:val="20"/>
        </w:rPr>
        <w:t>For fixed-term or project-based hires. Covers contract duration, deliverables, and termination.</w:t>
      </w:r>
    </w:p>
    <w:p>
      <w:pPr>
        <w:spacing w:before="120" w:after="120"/>
      </w:pPr>
      <w:r>
        <w:rPr>
          <w:color w:val="E5E7EB"/>
          <w:sz w:val="16"/>
        </w:rPr>
        <w:t>______________________________________________________________________</w:t>
      </w:r>
    </w:p>
    <w:p>
      <w:pPr>
        <w:spacing w:after="120"/>
      </w:pPr>
      <w:r>
        <w:rPr>
          <w:rFonts w:ascii="Calibri" w:hAnsi="Calibri"/>
          <w:b/>
          <w:i w:val="0"/>
          <w:color w:val="C52031"/>
          <w:sz w:val="28"/>
        </w:rPr>
        <w:t>How to Use</w:t>
      </w:r>
    </w:p>
    <w:p>
      <w:pPr>
        <w:spacing w:after="80"/>
      </w:pPr>
      <w:r>
        <w:rPr>
          <w:rFonts w:ascii="Calibri" w:hAnsi="Calibri"/>
          <w:b w:val="0"/>
          <w:i w:val="0"/>
          <w:color w:val="1F2937"/>
          <w:sz w:val="20"/>
        </w:rPr>
        <w:t>1. Open this document in Microsoft Word or Google Docs.</w:t>
      </w:r>
    </w:p>
    <w:p>
      <w:pPr>
        <w:spacing w:after="80"/>
      </w:pPr>
      <w:r>
        <w:rPr>
          <w:rFonts w:ascii="Calibri" w:hAnsi="Calibri"/>
          <w:b w:val="0"/>
          <w:i w:val="0"/>
          <w:color w:val="1F2937"/>
          <w:sz w:val="20"/>
        </w:rPr>
        <w:t>2. Find the letter template you need (use the table of contents or scroll).</w:t>
      </w:r>
    </w:p>
    <w:p>
      <w:pPr>
        <w:spacing w:after="80"/>
      </w:pPr>
      <w:r>
        <w:rPr>
          <w:rFonts w:ascii="Calibri" w:hAnsi="Calibri"/>
          <w:b w:val="0"/>
          <w:i w:val="0"/>
          <w:color w:val="1F2937"/>
          <w:sz w:val="20"/>
        </w:rPr>
        <w:t xml:space="preserve">3. Replace all </w:t>
      </w:r>
      <w:r>
        <w:rPr>
          <w:rFonts w:ascii="Calibri" w:hAnsi="Calibri"/>
          <w:b/>
          <w:i w:val="0"/>
          <w:color w:val="C52031"/>
          <w:sz w:val="20"/>
        </w:rPr>
        <w:t>[PLACEHOLDERS]</w:t>
      </w:r>
      <w:r>
        <w:rPr>
          <w:rFonts w:ascii="Calibri" w:hAnsi="Calibri"/>
          <w:b w:val="0"/>
          <w:i w:val="0"/>
          <w:color w:val="1F2937"/>
          <w:sz w:val="20"/>
        </w:rPr>
        <w:t xml:space="preserve"> in red with your company's actual details.</w:t>
      </w:r>
    </w:p>
    <w:p>
      <w:pPr>
        <w:spacing w:after="80"/>
      </w:pPr>
      <w:r>
        <w:rPr>
          <w:rFonts w:ascii="Calibri" w:hAnsi="Calibri"/>
          <w:b w:val="0"/>
          <w:i w:val="0"/>
          <w:color w:val="1F2937"/>
          <w:sz w:val="20"/>
        </w:rPr>
        <w:t>4. Review salary components and adjust to match your CTC structure.</w:t>
      </w:r>
    </w:p>
    <w:p>
      <w:pPr>
        <w:spacing w:after="80"/>
      </w:pPr>
      <w:r>
        <w:rPr>
          <w:rFonts w:ascii="Calibri" w:hAnsi="Calibri"/>
          <w:b w:val="0"/>
          <w:i w:val="0"/>
          <w:color w:val="1F2937"/>
          <w:sz w:val="20"/>
        </w:rPr>
        <w:t>5. Have your legal/HR team review before sending to candidates.</w:t>
      </w:r>
    </w:p>
    <w:p>
      <w:pPr>
        <w:spacing w:after="80"/>
      </w:pPr>
      <w:r>
        <w:rPr>
          <w:rFonts w:ascii="Calibri" w:hAnsi="Calibri"/>
          <w:b w:val="0"/>
          <w:i w:val="0"/>
          <w:color w:val="1F2937"/>
          <w:sz w:val="20"/>
        </w:rPr>
        <w:t>6. Save as PDF before sending (looks more professional, prevents edits).</w:t>
      </w:r>
    </w:p>
    <w:p>
      <w:pPr>
        <w:spacing w:before="120" w:after="120"/>
      </w:pPr>
      <w:r>
        <w:rPr>
          <w:color w:val="E5E7EB"/>
          <w:sz w:val="16"/>
        </w:rPr>
        <w:t>______________________________________________________________________</w:t>
      </w:r>
    </w:p>
    <w:p>
      <w:pPr>
        <w:spacing w:after="120"/>
      </w:pPr>
      <w:r>
        <w:rPr>
          <w:rFonts w:ascii="Calibri" w:hAnsi="Calibri"/>
          <w:b/>
          <w:i w:val="0"/>
          <w:color w:val="C52031"/>
          <w:sz w:val="28"/>
        </w:rPr>
        <w:t>Indian Labour Law References</w:t>
      </w:r>
    </w:p>
    <w:p>
      <w:pPr>
        <w:spacing w:after="80"/>
      </w:pPr>
      <w:r>
        <w:rPr>
          <w:rFonts w:ascii="Calibri" w:hAnsi="Calibri"/>
          <w:b w:val="0"/>
          <w:i w:val="0"/>
          <w:color w:val="6B7280"/>
          <w:sz w:val="18"/>
        </w:rPr>
        <w:t xml:space="preserve">  Indian Contract Act, 1872: Offer letter = proposal (Section 2a). Acceptance creates a binding contract.</w:t>
      </w:r>
    </w:p>
    <w:p>
      <w:pPr>
        <w:spacing w:after="80"/>
      </w:pPr>
      <w:r>
        <w:rPr>
          <w:rFonts w:ascii="Calibri" w:hAnsi="Calibri"/>
          <w:b w:val="0"/>
          <w:i w:val="0"/>
          <w:color w:val="6B7280"/>
          <w:sz w:val="18"/>
        </w:rPr>
        <w:t xml:space="preserve">  Payment of Wages Act, 1936: Salary must be paid by the 7th (establishments &lt; 1000) or 10th of each month.</w:t>
      </w:r>
    </w:p>
    <w:p>
      <w:pPr>
        <w:spacing w:after="80"/>
      </w:pPr>
      <w:r>
        <w:rPr>
          <w:rFonts w:ascii="Calibri" w:hAnsi="Calibri"/>
          <w:b w:val="0"/>
          <w:i w:val="0"/>
          <w:color w:val="6B7280"/>
          <w:sz w:val="18"/>
        </w:rPr>
        <w:t xml:space="preserve">  EPF Act, 1952: PF applicable if establishment has 20+ employees. Employee + employer each contribute 12% of Basic + DA.</w:t>
      </w:r>
    </w:p>
    <w:p>
      <w:pPr>
        <w:spacing w:after="80"/>
      </w:pPr>
      <w:r>
        <w:rPr>
          <w:rFonts w:ascii="Calibri" w:hAnsi="Calibri"/>
          <w:b w:val="0"/>
          <w:i w:val="0"/>
          <w:color w:val="6B7280"/>
          <w:sz w:val="18"/>
        </w:rPr>
        <w:t xml:space="preserve">  ESI Act, 1948: Applicable if gross wages do not exceed Rs 21,000/month. Employee 0.75%, Employer 3.25%.</w:t>
      </w:r>
    </w:p>
    <w:p>
      <w:pPr>
        <w:spacing w:after="80"/>
      </w:pPr>
      <w:r>
        <w:rPr>
          <w:rFonts w:ascii="Calibri" w:hAnsi="Calibri"/>
          <w:b w:val="0"/>
          <w:i w:val="0"/>
          <w:color w:val="6B7280"/>
          <w:sz w:val="18"/>
        </w:rPr>
        <w:t xml:space="preserve">  Payment of Gratuity Act, 1972: Payable after 5 years of continuous service. Formula: 15/26 x last drawn salary x years.</w:t>
      </w:r>
    </w:p>
    <w:p>
      <w:pPr>
        <w:spacing w:after="80"/>
      </w:pPr>
      <w:r>
        <w:rPr>
          <w:rFonts w:ascii="Calibri" w:hAnsi="Calibri"/>
          <w:b w:val="0"/>
          <w:i w:val="0"/>
          <w:color w:val="6B7280"/>
          <w:sz w:val="18"/>
        </w:rPr>
        <w:t xml:space="preserve">  Shops &amp; Establishments Act (state-specific): Governs working hours, leave, notice period. Varies by state.</w:t>
      </w:r>
    </w:p>
    <w:p>
      <w:pPr>
        <w:spacing w:after="80"/>
      </w:pPr>
      <w:r>
        <w:rPr>
          <w:rFonts w:ascii="Calibri" w:hAnsi="Calibri"/>
          <w:b w:val="0"/>
          <w:i w:val="0"/>
          <w:color w:val="6B7280"/>
          <w:sz w:val="18"/>
        </w:rPr>
        <w:t xml:space="preserve">  Maternity Benefit Act, 1961 (amended 2017): 26 weeks paid leave for first 2 children. Applicable to 10+ employee establishments.</w:t>
      </w:r>
    </w:p>
    <w:p>
      <w:pPr>
        <w:spacing w:after="80"/>
      </w:pPr>
      <w:r>
        <w:rPr>
          <w:rFonts w:ascii="Calibri" w:hAnsi="Calibri"/>
          <w:b w:val="0"/>
          <w:i w:val="0"/>
          <w:color w:val="6B7280"/>
          <w:sz w:val="18"/>
        </w:rPr>
        <w:t xml:space="preserve">  Sexual Harassment of Women at Workplace Act, 2013 (POSH): Every employer must have an Internal Complaints Committee.</w:t>
      </w:r>
    </w:p>
    <w:p>
      <w:pPr>
        <w:spacing w:after="240"/>
      </w:pPr>
    </w:p>
    <w:p>
      <w:pPr>
        <w:spacing w:after="120"/>
      </w:pPr>
      <w:r>
        <w:rPr>
          <w:rFonts w:ascii="Calibri" w:hAnsi="Calibri"/>
          <w:b/>
          <w:i w:val="0"/>
          <w:color w:val="1F2937"/>
          <w:sz w:val="20"/>
        </w:rPr>
        <w:t>Disclaimer</w:t>
      </w:r>
    </w:p>
    <w:p>
      <w:pPr>
        <w:spacing w:after="80"/>
      </w:pPr>
      <w:r>
        <w:rPr>
          <w:rFonts w:ascii="Calibri" w:hAnsi="Calibri"/>
          <w:b w:val="0"/>
          <w:i w:val="0"/>
          <w:color w:val="6B7280"/>
          <w:sz w:val="18"/>
        </w:rPr>
        <w:t>These templates are for general reference only and do not constitute legal advice. Indian labour laws, PF/ESI rules, and state-specific regulations change frequently. Please have your legal counsel or HR consultant review and adapt these letters to your specific business, industry, and state before issuing them to any employee or candidate. Petpooja is not liable for any legal disputes, compliance penalties, or claims arising from the use of these templates without professional review.</w:t>
      </w:r>
    </w:p>
    <w:p>
      <w:pPr>
        <w:spacing w:after="240"/>
      </w:pPr>
      <w:r>
        <w:rPr>
          <w:rFonts w:ascii="Calibri" w:hAnsi="Calibri"/>
          <w:b w:val="0"/>
          <w:i/>
          <w:color w:val="6B7280"/>
          <w:sz w:val="18"/>
        </w:rPr>
        <w:t>Last updated: May 2026. Verify all rates and thresholds (PF, ESI, PT, gratuity) against the latest EPFO and ESIC notifications before use.</w:t>
      </w:r>
    </w:p>
    <w:p>
      <w:pPr>
        <w:spacing w:after="120"/>
        <w:jc w:val="center"/>
      </w:pPr>
      <w:r>
        <w:rPr>
          <w:rFonts w:ascii="Calibri" w:hAnsi="Calibri"/>
          <w:b w:val="0"/>
          <w:i/>
          <w:color w:val="6B7280"/>
          <w:sz w:val="18"/>
        </w:rPr>
        <w:t>Powered by Petpooja | attendohr.com | +91-72280 34343</w:t>
      </w:r>
    </w:p>
    <w:p>
      <w:r>
        <w:br w:type="page"/>
      </w:r>
    </w:p>
    <w:p>
      <w:pPr>
        <w:pStyle w:val="Heading1"/>
      </w:pPr>
      <w:r>
        <w:rPr>
          <w:color w:val="C52031"/>
        </w:rPr>
        <w:t>Template 1: Offer Letter</w:t>
      </w:r>
    </w:p>
    <w:p>
      <w:pPr>
        <w:spacing w:after="240"/>
      </w:pPr>
      <w:r>
        <w:rPr>
          <w:rFonts w:ascii="Calibri" w:hAnsi="Calibri"/>
          <w:b w:val="0"/>
          <w:i/>
          <w:color w:val="6B7280"/>
          <w:sz w:val="20"/>
        </w:rPr>
        <w:t>Use this before the candidate joins. It's a conditional offer, not a formal employment contract.</w:t>
      </w:r>
    </w:p>
    <w:p>
      <w:pPr>
        <w:spacing w:before="120" w:after="120"/>
      </w:pPr>
      <w:r>
        <w:rPr>
          <w:color w:val="E5E7EB"/>
          <w:sz w:val="16"/>
        </w:rPr>
        <w:t>______________________________________________________________________</w:t>
      </w:r>
    </w:p>
    <w:p>
      <w:pPr>
        <w:spacing w:after="120"/>
      </w:pPr>
      <w:r>
        <w:rPr>
          <w:rFonts w:ascii="Calibri" w:hAnsi="Calibri"/>
          <w:b/>
          <w:color w:val="C52031"/>
          <w:sz w:val="22"/>
        </w:rPr>
        <w:t>[COMPANY LETTERHEAD / LOGO]</w:t>
      </w:r>
    </w:p>
    <w:p>
      <w:pPr>
        <w:spacing w:after="120"/>
      </w:pPr>
    </w:p>
    <w:p>
      <w:pPr>
        <w:spacing w:after="120"/>
      </w:pPr>
      <w:r>
        <w:rPr>
          <w:rFonts w:ascii="Calibri" w:hAnsi="Calibri"/>
          <w:b w:val="0"/>
          <w:i w:val="0"/>
          <w:color w:val="1F2937"/>
          <w:sz w:val="22"/>
        </w:rPr>
        <w:t xml:space="preserve">Date: </w:t>
      </w:r>
      <w:r>
        <w:rPr>
          <w:rFonts w:ascii="Calibri" w:hAnsi="Calibri"/>
          <w:b/>
          <w:i w:val="0"/>
          <w:color w:val="C52031"/>
          <w:sz w:val="22"/>
        </w:rPr>
        <w:t>[DD-MMM-YYYY]</w:t>
      </w:r>
    </w:p>
    <w:p>
      <w:pPr>
        <w:spacing w:after="240"/>
      </w:pPr>
      <w:r>
        <w:rPr>
          <w:rFonts w:ascii="Calibri" w:hAnsi="Calibri"/>
          <w:b w:val="0"/>
          <w:i w:val="0"/>
          <w:color w:val="6B7280"/>
          <w:sz w:val="20"/>
        </w:rPr>
        <w:t xml:space="preserve">Ref: </w:t>
      </w:r>
      <w:r>
        <w:rPr>
          <w:rFonts w:ascii="Calibri" w:hAnsi="Calibri"/>
          <w:b/>
          <w:i w:val="0"/>
          <w:color w:val="C52031"/>
          <w:sz w:val="20"/>
        </w:rPr>
        <w:t>[COMPANY]</w:t>
      </w:r>
      <w:r>
        <w:rPr>
          <w:rFonts w:ascii="Calibri" w:hAnsi="Calibri"/>
          <w:b w:val="0"/>
          <w:i w:val="0"/>
          <w:color w:val="6B7280"/>
          <w:sz w:val="20"/>
        </w:rPr>
        <w:t>/HR/OFFER/</w:t>
      </w:r>
      <w:r>
        <w:rPr>
          <w:rFonts w:ascii="Calibri" w:hAnsi="Calibri"/>
          <w:b/>
          <w:i w:val="0"/>
          <w:color w:val="C52031"/>
          <w:sz w:val="20"/>
        </w:rPr>
        <w:t>[YEAR]</w:t>
      </w:r>
      <w:r>
        <w:rPr>
          <w:rFonts w:ascii="Calibri" w:hAnsi="Calibri"/>
          <w:b w:val="0"/>
          <w:i w:val="0"/>
          <w:color w:val="6B7280"/>
          <w:sz w:val="20"/>
        </w:rPr>
        <w:t>/</w:t>
      </w:r>
      <w:r>
        <w:rPr>
          <w:rFonts w:ascii="Calibri" w:hAnsi="Calibri"/>
          <w:b/>
          <w:i w:val="0"/>
          <w:color w:val="C52031"/>
          <w:sz w:val="20"/>
        </w:rPr>
        <w:t>[NUMBER]</w:t>
      </w:r>
    </w:p>
    <w:p>
      <w:pPr>
        <w:spacing w:after="120"/>
      </w:pPr>
      <w:r>
        <w:rPr>
          <w:rFonts w:ascii="Calibri" w:hAnsi="Calibri"/>
          <w:b w:val="0"/>
          <w:i w:val="0"/>
          <w:color w:val="1F2937"/>
          <w:sz w:val="22"/>
        </w:rPr>
        <w:t>To,</w:t>
      </w:r>
    </w:p>
    <w:p>
      <w:pPr>
        <w:spacing w:after="120"/>
      </w:pPr>
      <w:r>
        <w:rPr>
          <w:rFonts w:ascii="Calibri" w:hAnsi="Calibri"/>
          <w:b/>
          <w:i w:val="0"/>
          <w:color w:val="C52031"/>
          <w:sz w:val="22"/>
        </w:rPr>
        <w:t>[CANDIDATE FULL NAME]</w:t>
      </w:r>
    </w:p>
    <w:p>
      <w:pPr>
        <w:spacing w:after="120"/>
      </w:pPr>
      <w:r>
        <w:rPr>
          <w:rFonts w:ascii="Calibri" w:hAnsi="Calibri"/>
          <w:b/>
          <w:i w:val="0"/>
          <w:color w:val="C52031"/>
          <w:sz w:val="22"/>
        </w:rPr>
        <w:t>[CANDIDATE ADDRESS LINE 1]</w:t>
      </w:r>
    </w:p>
    <w:p>
      <w:pPr>
        <w:spacing w:after="240"/>
      </w:pPr>
      <w:r>
        <w:rPr>
          <w:rFonts w:ascii="Calibri" w:hAnsi="Calibri"/>
          <w:b/>
          <w:i w:val="0"/>
          <w:color w:val="C52031"/>
          <w:sz w:val="22"/>
        </w:rPr>
        <w:t>[CITY, STATE, PIN CODE]</w:t>
      </w:r>
    </w:p>
    <w:p>
      <w:pPr>
        <w:spacing w:after="240"/>
      </w:pPr>
      <w:r>
        <w:rPr>
          <w:rFonts w:ascii="Calibri" w:hAnsi="Calibri"/>
          <w:b/>
          <w:i w:val="0"/>
          <w:color w:val="1F2937"/>
          <w:sz w:val="24"/>
        </w:rPr>
        <w:t>Subject: Offer of Employment</w:t>
      </w:r>
    </w:p>
    <w:p>
      <w:pPr>
        <w:spacing w:after="160"/>
      </w:pPr>
      <w:r>
        <w:rPr>
          <w:rFonts w:ascii="Calibri" w:hAnsi="Calibri"/>
          <w:b w:val="0"/>
          <w:i w:val="0"/>
          <w:color w:val="1F2937"/>
          <w:sz w:val="22"/>
        </w:rPr>
        <w:t xml:space="preserve">Dear </w:t>
      </w:r>
      <w:r>
        <w:rPr>
          <w:rFonts w:ascii="Calibri" w:hAnsi="Calibri"/>
          <w:b/>
          <w:i w:val="0"/>
          <w:color w:val="C52031"/>
          <w:sz w:val="22"/>
        </w:rPr>
        <w:t>[CANDIDATE FIRST NAME]</w:t>
      </w:r>
      <w:r>
        <w:rPr>
          <w:rFonts w:ascii="Calibri" w:hAnsi="Calibri"/>
          <w:b w:val="0"/>
          <w:i w:val="0"/>
          <w:color w:val="1F2937"/>
          <w:sz w:val="22"/>
        </w:rPr>
        <w:t>,</w:t>
      </w:r>
    </w:p>
    <w:p>
      <w:pPr>
        <w:spacing w:after="160"/>
      </w:pPr>
      <w:r>
        <w:rPr>
          <w:rFonts w:ascii="Calibri" w:hAnsi="Calibri"/>
          <w:b w:val="0"/>
          <w:i w:val="0"/>
          <w:color w:val="1F2937"/>
          <w:sz w:val="22"/>
        </w:rPr>
        <w:t xml:space="preserve">We are pleased to offer you the position of </w:t>
      </w:r>
      <w:r>
        <w:rPr>
          <w:rFonts w:ascii="Calibri" w:hAnsi="Calibri"/>
          <w:b/>
          <w:i w:val="0"/>
          <w:color w:val="C52031"/>
          <w:sz w:val="22"/>
        </w:rPr>
        <w:t>[DESIGNATION]</w:t>
      </w:r>
      <w:r>
        <w:rPr>
          <w:rFonts w:ascii="Calibri" w:hAnsi="Calibri"/>
          <w:b w:val="0"/>
          <w:i w:val="0"/>
          <w:color w:val="1F2937"/>
          <w:sz w:val="22"/>
        </w:rPr>
        <w:t xml:space="preserve"> in the </w:t>
      </w:r>
      <w:r>
        <w:rPr>
          <w:rFonts w:ascii="Calibri" w:hAnsi="Calibri"/>
          <w:b/>
          <w:i w:val="0"/>
          <w:color w:val="C52031"/>
          <w:sz w:val="22"/>
        </w:rPr>
        <w:t>[DEPARTMENT]</w:t>
      </w:r>
      <w:r>
        <w:rPr>
          <w:rFonts w:ascii="Calibri" w:hAnsi="Calibri"/>
          <w:b w:val="0"/>
          <w:i w:val="0"/>
          <w:color w:val="1F2937"/>
          <w:sz w:val="22"/>
        </w:rPr>
        <w:t xml:space="preserve"> department at </w:t>
      </w:r>
      <w:r>
        <w:rPr>
          <w:rFonts w:ascii="Calibri" w:hAnsi="Calibri"/>
          <w:b/>
          <w:i w:val="0"/>
          <w:color w:val="C52031"/>
          <w:sz w:val="22"/>
        </w:rPr>
        <w:t>[COMPANY NAME]</w:t>
      </w:r>
      <w:r>
        <w:rPr>
          <w:rFonts w:ascii="Calibri" w:hAnsi="Calibri"/>
          <w:b w:val="0"/>
          <w:i w:val="0"/>
          <w:color w:val="1F2937"/>
          <w:sz w:val="22"/>
        </w:rPr>
        <w:t xml:space="preserve">, </w:t>
      </w:r>
      <w:r>
        <w:rPr>
          <w:rFonts w:ascii="Calibri" w:hAnsi="Calibri"/>
          <w:b/>
          <w:i w:val="0"/>
          <w:color w:val="C52031"/>
          <w:sz w:val="22"/>
        </w:rPr>
        <w:t>[COMPANY CITY]</w:t>
      </w:r>
      <w:r>
        <w:rPr>
          <w:rFonts w:ascii="Calibri" w:hAnsi="Calibri"/>
          <w:b w:val="0"/>
          <w:i w:val="0"/>
          <w:color w:val="1F2937"/>
          <w:sz w:val="22"/>
        </w:rPr>
        <w:t xml:space="preserve">. This offer is based on your interview on </w:t>
      </w:r>
      <w:r>
        <w:rPr>
          <w:rFonts w:ascii="Calibri" w:hAnsi="Calibri"/>
          <w:b/>
          <w:i w:val="0"/>
          <w:color w:val="C52031"/>
          <w:sz w:val="22"/>
        </w:rPr>
        <w:t>[INTERVIEW DATE]</w:t>
      </w:r>
      <w:r>
        <w:rPr>
          <w:rFonts w:ascii="Calibri" w:hAnsi="Calibri"/>
          <w:b w:val="0"/>
          <w:i w:val="0"/>
          <w:color w:val="1F2937"/>
          <w:sz w:val="22"/>
        </w:rPr>
        <w:t xml:space="preserve"> and is subject to the terms outlined below.</w:t>
      </w:r>
    </w:p>
    <w:p>
      <w:pPr>
        <w:spacing w:after="120"/>
      </w:pPr>
      <w:r>
        <w:rPr>
          <w:rFonts w:ascii="Calibri" w:hAnsi="Calibri"/>
          <w:b/>
          <w:i w:val="0"/>
          <w:color w:val="1F2937"/>
          <w:sz w:val="22"/>
        </w:rPr>
        <w:t>1. Position Details</w:t>
      </w:r>
    </w:p>
    <w:p>
      <w:pPr>
        <w:spacing w:after="40"/>
      </w:pPr>
      <w:r>
        <w:rPr>
          <w:rFonts w:ascii="Calibri" w:hAnsi="Calibri"/>
          <w:b/>
          <w:sz w:val="22"/>
        </w:rPr>
        <w:t xml:space="preserve">    Designation: </w:t>
      </w:r>
      <w:r>
        <w:rPr>
          <w:rFonts w:ascii="Calibri" w:hAnsi="Calibri"/>
          <w:color w:val="C52031"/>
          <w:sz w:val="22"/>
        </w:rPr>
        <w:t>[DESIGNATION]</w:t>
      </w:r>
    </w:p>
    <w:p>
      <w:pPr>
        <w:spacing w:after="40"/>
      </w:pPr>
      <w:r>
        <w:rPr>
          <w:rFonts w:ascii="Calibri" w:hAnsi="Calibri"/>
          <w:b/>
          <w:sz w:val="22"/>
        </w:rPr>
        <w:t xml:space="preserve">    Department: </w:t>
      </w:r>
      <w:r>
        <w:rPr>
          <w:rFonts w:ascii="Calibri" w:hAnsi="Calibri"/>
          <w:color w:val="C52031"/>
          <w:sz w:val="22"/>
        </w:rPr>
        <w:t>[DEPARTMENT]</w:t>
      </w:r>
    </w:p>
    <w:p>
      <w:pPr>
        <w:spacing w:after="40"/>
      </w:pPr>
      <w:r>
        <w:rPr>
          <w:rFonts w:ascii="Calibri" w:hAnsi="Calibri"/>
          <w:b/>
          <w:sz w:val="22"/>
        </w:rPr>
        <w:t xml:space="preserve">    Reporting To: </w:t>
      </w:r>
      <w:r>
        <w:rPr>
          <w:rFonts w:ascii="Calibri" w:hAnsi="Calibri"/>
          <w:color w:val="C52031"/>
          <w:sz w:val="22"/>
        </w:rPr>
        <w:t>[REPORTING MANAGER NAME, DESIGNATION]</w:t>
      </w:r>
    </w:p>
    <w:p>
      <w:pPr>
        <w:spacing w:after="40"/>
      </w:pPr>
      <w:r>
        <w:rPr>
          <w:rFonts w:ascii="Calibri" w:hAnsi="Calibri"/>
          <w:b/>
          <w:sz w:val="22"/>
        </w:rPr>
        <w:t xml:space="preserve">    Work Location: </w:t>
      </w:r>
      <w:r>
        <w:rPr>
          <w:rFonts w:ascii="Calibri" w:hAnsi="Calibri"/>
          <w:color w:val="C52031"/>
          <w:sz w:val="22"/>
        </w:rPr>
        <w:t>[OFFICE ADDRESS, CITY]</w:t>
      </w:r>
    </w:p>
    <w:p>
      <w:pPr>
        <w:spacing w:after="40"/>
      </w:pPr>
      <w:r>
        <w:rPr>
          <w:rFonts w:ascii="Calibri" w:hAnsi="Calibri"/>
          <w:b/>
          <w:sz w:val="22"/>
        </w:rPr>
        <w:t xml:space="preserve">    Date of Joining: </w:t>
      </w:r>
      <w:r>
        <w:rPr>
          <w:rFonts w:ascii="Calibri" w:hAnsi="Calibri"/>
          <w:color w:val="C52031"/>
          <w:sz w:val="22"/>
        </w:rPr>
        <w:t>[DD-MMM-YYYY]</w:t>
      </w:r>
    </w:p>
    <w:p>
      <w:pPr>
        <w:spacing w:after="40"/>
      </w:pPr>
      <w:r>
        <w:rPr>
          <w:rFonts w:ascii="Calibri" w:hAnsi="Calibri"/>
          <w:b/>
          <w:sz w:val="22"/>
        </w:rPr>
        <w:t xml:space="preserve">    Employment Type: </w:t>
      </w:r>
      <w:r>
        <w:rPr>
          <w:rFonts w:ascii="Calibri" w:hAnsi="Calibri"/>
          <w:color w:val="C52031"/>
          <w:sz w:val="22"/>
        </w:rPr>
        <w:t>Full-time / Part-time / Contract (select one)</w:t>
      </w:r>
    </w:p>
    <w:p/>
    <w:p>
      <w:pPr>
        <w:spacing w:after="120"/>
      </w:pPr>
      <w:r>
        <w:rPr>
          <w:rFonts w:ascii="Calibri" w:hAnsi="Calibri"/>
          <w:b/>
          <w:i w:val="0"/>
          <w:color w:val="1F2937"/>
          <w:sz w:val="22"/>
        </w:rPr>
        <w:t>2. Compensation (Annual CTC)</w:t>
      </w:r>
    </w:p>
    <w:p>
      <w:pPr>
        <w:spacing w:after="160"/>
      </w:pPr>
      <w:r>
        <w:rPr>
          <w:rFonts w:ascii="Calibri" w:hAnsi="Calibri"/>
          <w:b w:val="0"/>
          <w:i w:val="0"/>
          <w:color w:val="1F2937"/>
          <w:sz w:val="22"/>
        </w:rPr>
        <w:t xml:space="preserve">Your annual Cost to Company (CTC) will be Rs </w:t>
      </w:r>
      <w:r>
        <w:rPr>
          <w:rFonts w:ascii="Calibri" w:hAnsi="Calibri"/>
          <w:b/>
          <w:i w:val="0"/>
          <w:color w:val="C52031"/>
          <w:sz w:val="22"/>
        </w:rPr>
        <w:t>[AMOUNT IN WORDS]</w:t>
      </w:r>
      <w:r>
        <w:rPr>
          <w:rFonts w:ascii="Calibri" w:hAnsi="Calibri"/>
          <w:b w:val="0"/>
          <w:i w:val="0"/>
          <w:color w:val="1F2937"/>
          <w:sz w:val="22"/>
        </w:rPr>
        <w:t xml:space="preserve"> (Rs </w:t>
      </w:r>
      <w:r>
        <w:rPr>
          <w:rFonts w:ascii="Calibri" w:hAnsi="Calibri"/>
          <w:b/>
          <w:i w:val="0"/>
          <w:color w:val="C52031"/>
          <w:sz w:val="22"/>
        </w:rPr>
        <w:t>[AMOUNT IN FIGURES]</w:t>
      </w:r>
      <w:r>
        <w:rPr>
          <w:rFonts w:ascii="Calibri" w:hAnsi="Calibri"/>
          <w:b w:val="0"/>
          <w:i w:val="0"/>
          <w:color w:val="1F2937"/>
          <w:sz w:val="22"/>
        </w:rPr>
        <w:t>). The breakup is as follows:</w:t>
      </w:r>
    </w:p>
    <w:tbl>
      <w:tblPr>
        <w:tblStyle w:val="TableGrid"/>
        <w:tblW w:type="auto" w:w="0"/>
        <w:jc w:val="left"/>
        <w:tblLook w:firstColumn="1" w:firstRow="1" w:lastColumn="0" w:lastRow="0" w:noHBand="0" w:noVBand="1" w:val="04A0"/>
      </w:tblPr>
      <w:tblGrid>
        <w:gridCol w:w="2351"/>
        <w:gridCol w:w="2351"/>
        <w:gridCol w:w="2351"/>
        <w:gridCol w:w="2351"/>
      </w:tblGrid>
      <w:tr>
        <w:tc>
          <w:tcPr>
            <w:tcW w:type="dxa" w:w="2351"/>
            <w:shd w:fill="C52031" w:val="clear"/>
          </w:tcPr>
          <w:p>
            <w:pPr>
              <w:jc w:val="center"/>
            </w:pPr>
            <w:r>
              <w:rPr>
                <w:rFonts w:ascii="Calibri" w:hAnsi="Calibri"/>
                <w:b/>
                <w:color w:val="FFFFFF"/>
                <w:sz w:val="20"/>
              </w:rPr>
              <w:t>Component</w:t>
            </w:r>
          </w:p>
        </w:tc>
        <w:tc>
          <w:tcPr>
            <w:tcW w:type="dxa" w:w="2351"/>
            <w:shd w:fill="C52031" w:val="clear"/>
          </w:tcPr>
          <w:p>
            <w:pPr>
              <w:jc w:val="center"/>
            </w:pPr>
            <w:r>
              <w:rPr>
                <w:rFonts w:ascii="Calibri" w:hAnsi="Calibri"/>
                <w:b/>
                <w:color w:val="FFFFFF"/>
                <w:sz w:val="20"/>
              </w:rPr>
              <w:t>Monthly (INR)</w:t>
            </w:r>
          </w:p>
        </w:tc>
        <w:tc>
          <w:tcPr>
            <w:tcW w:type="dxa" w:w="2351"/>
            <w:shd w:fill="C52031" w:val="clear"/>
          </w:tcPr>
          <w:p>
            <w:pPr>
              <w:jc w:val="center"/>
            </w:pPr>
            <w:r>
              <w:rPr>
                <w:rFonts w:ascii="Calibri" w:hAnsi="Calibri"/>
                <w:b/>
                <w:color w:val="FFFFFF"/>
                <w:sz w:val="20"/>
              </w:rPr>
              <w:t>Annual (INR)</w:t>
            </w:r>
          </w:p>
        </w:tc>
        <w:tc>
          <w:tcPr>
            <w:tcW w:type="dxa" w:w="2351"/>
            <w:shd w:fill="C52031" w:val="clear"/>
          </w:tcPr>
          <w:p>
            <w:pPr>
              <w:jc w:val="center"/>
            </w:pPr>
            <w:r>
              <w:rPr>
                <w:rFonts w:ascii="Calibri" w:hAnsi="Calibri"/>
                <w:b/>
                <w:color w:val="FFFFFF"/>
                <w:sz w:val="20"/>
              </w:rPr>
              <w:t>Type</w:t>
            </w:r>
          </w:p>
        </w:tc>
      </w:tr>
      <w:tr>
        <w:tc>
          <w:tcPr>
            <w:tcW w:type="dxa" w:w="2351"/>
          </w:tcPr>
          <w:p>
            <w:r>
              <w:rPr>
                <w:rFonts w:ascii="Calibri" w:hAnsi="Calibri"/>
                <w:sz w:val="20"/>
              </w:rPr>
              <w:t>Basic Salary (40% of CTC)</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Earnings</w:t>
            </w:r>
          </w:p>
        </w:tc>
      </w:tr>
      <w:tr>
        <w:tc>
          <w:tcPr>
            <w:tcW w:type="dxa" w:w="2351"/>
          </w:tcPr>
          <w:p>
            <w:r>
              <w:rPr>
                <w:rFonts w:ascii="Calibri" w:hAnsi="Calibri"/>
                <w:sz w:val="20"/>
              </w:rPr>
              <w:t>House Rent Allowance (50% of Basic)</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Earnings</w:t>
            </w:r>
          </w:p>
        </w:tc>
      </w:tr>
      <w:tr>
        <w:tc>
          <w:tcPr>
            <w:tcW w:type="dxa" w:w="2351"/>
          </w:tcPr>
          <w:p>
            <w:r>
              <w:rPr>
                <w:rFonts w:ascii="Calibri" w:hAnsi="Calibri"/>
                <w:sz w:val="20"/>
              </w:rPr>
              <w:t>Special Allowance</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Earnings</w:t>
            </w:r>
          </w:p>
        </w:tc>
      </w:tr>
      <w:tr>
        <w:tc>
          <w:tcPr>
            <w:tcW w:type="dxa" w:w="2351"/>
          </w:tcPr>
          <w:p>
            <w:r>
              <w:rPr>
                <w:rFonts w:ascii="Calibri" w:hAnsi="Calibri"/>
                <w:sz w:val="20"/>
              </w:rPr>
              <w:t>Employer PF (12% of Basic)</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Employer Cost</w:t>
            </w:r>
          </w:p>
        </w:tc>
      </w:tr>
      <w:tr>
        <w:tc>
          <w:tcPr>
            <w:tcW w:type="dxa" w:w="2351"/>
          </w:tcPr>
          <w:p>
            <w:r>
              <w:rPr>
                <w:rFonts w:ascii="Calibri" w:hAnsi="Calibri"/>
                <w:sz w:val="20"/>
              </w:rPr>
              <w:t>Employer ESI (3.25%, if applicable)</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Employer Cost</w:t>
            </w:r>
          </w:p>
        </w:tc>
      </w:tr>
      <w:tr>
        <w:tc>
          <w:tcPr>
            <w:tcW w:type="dxa" w:w="2351"/>
          </w:tcPr>
          <w:p>
            <w:r>
              <w:rPr>
                <w:rFonts w:ascii="Calibri" w:hAnsi="Calibri"/>
                <w:sz w:val="20"/>
              </w:rPr>
              <w:t>Gratuity (4.81% of Basic)</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Employer Cost</w:t>
            </w:r>
          </w:p>
        </w:tc>
      </w:tr>
      <w:tr>
        <w:tc>
          <w:tcPr>
            <w:tcW w:type="dxa" w:w="2351"/>
          </w:tcPr>
          <w:p>
            <w:r>
              <w:rPr>
                <w:rFonts w:ascii="Calibri" w:hAnsi="Calibri"/>
                <w:sz w:val="20"/>
              </w:rPr>
              <w:t>Total CTC</w:t>
            </w:r>
          </w:p>
        </w:tc>
        <w:tc>
          <w:tcPr>
            <w:tcW w:type="dxa" w:w="2351"/>
          </w:tcPr>
          <w:p>
            <w:pPr>
              <w:jc w:val="center"/>
            </w:pPr>
            <w:r>
              <w:rPr>
                <w:rFonts w:ascii="Calibri" w:hAnsi="Calibri"/>
                <w:sz w:val="20"/>
              </w:rPr>
              <w:t>[TOTAL]</w:t>
            </w:r>
          </w:p>
        </w:tc>
        <w:tc>
          <w:tcPr>
            <w:tcW w:type="dxa" w:w="2351"/>
          </w:tcPr>
          <w:p>
            <w:pPr>
              <w:jc w:val="center"/>
            </w:pPr>
            <w:r>
              <w:rPr>
                <w:rFonts w:ascii="Calibri" w:hAnsi="Calibri"/>
                <w:sz w:val="20"/>
              </w:rPr>
              <w:t>[TOTAL]</w:t>
            </w:r>
          </w:p>
        </w:tc>
        <w:tc>
          <w:tcPr>
            <w:tcW w:type="dxa" w:w="2351"/>
          </w:tcPr>
          <w:p>
            <w:pPr>
              <w:jc w:val="center"/>
            </w:pPr>
            <w:r>
              <w:rPr>
                <w:rFonts w:ascii="Calibri" w:hAnsi="Calibri"/>
                <w:sz w:val="20"/>
              </w:rPr>
            </w:r>
          </w:p>
        </w:tc>
      </w:tr>
      <w:tr>
        <w:tc>
          <w:tcPr>
            <w:tcW w:type="dxa" w:w="2351"/>
          </w:tcPr>
          <w:p>
            <w:r>
              <w:rPr>
                <w:rFonts w:ascii="Calibri" w:hAnsi="Calibri"/>
                <w:sz w:val="20"/>
              </w:rPr>
            </w:r>
          </w:p>
        </w:tc>
        <w:tc>
          <w:tcPr>
            <w:tcW w:type="dxa" w:w="2351"/>
          </w:tcPr>
          <w:p>
            <w:pPr>
              <w:jc w:val="center"/>
            </w:pPr>
            <w:r>
              <w:rPr>
                <w:rFonts w:ascii="Calibri" w:hAnsi="Calibri"/>
                <w:sz w:val="20"/>
              </w:rPr>
            </w:r>
          </w:p>
        </w:tc>
        <w:tc>
          <w:tcPr>
            <w:tcW w:type="dxa" w:w="2351"/>
          </w:tcPr>
          <w:p>
            <w:pPr>
              <w:jc w:val="center"/>
            </w:pPr>
            <w:r>
              <w:rPr>
                <w:rFonts w:ascii="Calibri" w:hAnsi="Calibri"/>
                <w:sz w:val="20"/>
              </w:rPr>
            </w:r>
          </w:p>
        </w:tc>
        <w:tc>
          <w:tcPr>
            <w:tcW w:type="dxa" w:w="2351"/>
          </w:tcPr>
          <w:p>
            <w:pPr>
              <w:jc w:val="center"/>
            </w:pPr>
            <w:r>
              <w:rPr>
                <w:rFonts w:ascii="Calibri" w:hAnsi="Calibri"/>
                <w:sz w:val="20"/>
              </w:rPr>
            </w:r>
          </w:p>
        </w:tc>
      </w:tr>
      <w:tr>
        <w:tc>
          <w:tcPr>
            <w:tcW w:type="dxa" w:w="2351"/>
          </w:tcPr>
          <w:p>
            <w:r>
              <w:rPr>
                <w:rFonts w:ascii="Calibri" w:hAnsi="Calibri"/>
                <w:sz w:val="20"/>
              </w:rPr>
              <w:t>Employee PF Deduction (12%)</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Deduction</w:t>
            </w:r>
          </w:p>
        </w:tc>
      </w:tr>
      <w:tr>
        <w:tc>
          <w:tcPr>
            <w:tcW w:type="dxa" w:w="2351"/>
          </w:tcPr>
          <w:p>
            <w:r>
              <w:rPr>
                <w:rFonts w:ascii="Calibri" w:hAnsi="Calibri"/>
                <w:sz w:val="20"/>
              </w:rPr>
              <w:t>Employee ESI (0.75%, if applicable)</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Deduction</w:t>
            </w:r>
          </w:p>
        </w:tc>
      </w:tr>
      <w:tr>
        <w:tc>
          <w:tcPr>
            <w:tcW w:type="dxa" w:w="2351"/>
          </w:tcPr>
          <w:p>
            <w:r>
              <w:rPr>
                <w:rFonts w:ascii="Calibri" w:hAnsi="Calibri"/>
                <w:sz w:val="20"/>
              </w:rPr>
              <w:t>Professional Tax</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Deduction</w:t>
            </w:r>
          </w:p>
        </w:tc>
      </w:tr>
      <w:tr>
        <w:tc>
          <w:tcPr>
            <w:tcW w:type="dxa" w:w="2351"/>
          </w:tcPr>
          <w:p>
            <w:r>
              <w:rPr>
                <w:rFonts w:ascii="Calibri" w:hAnsi="Calibri"/>
                <w:sz w:val="20"/>
              </w:rPr>
              <w:t>Estimated In-Hand Salary</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r>
          </w:p>
        </w:tc>
      </w:tr>
    </w:tbl>
    <w:p/>
    <w:p>
      <w:pPr>
        <w:spacing w:after="240"/>
      </w:pPr>
      <w:r>
        <w:rPr>
          <w:rFonts w:ascii="Calibri" w:hAnsi="Calibri"/>
          <w:b w:val="0"/>
          <w:i/>
          <w:color w:val="6B7280"/>
          <w:sz w:val="18"/>
        </w:rPr>
        <w:t>Note: PF is mandatory for all employees in establishments with 20+ employees (EPF Act, 1952). PF contribution is calculated on Basic + DA, capped at Rs 15,000/month for statutory purposes. ESI applies only if gross wages do not exceed Rs 21,000/month (ESI Act, 1948). Professional Tax varies by state.</w:t>
      </w:r>
    </w:p>
    <w:p>
      <w:pPr>
        <w:spacing w:after="120"/>
      </w:pPr>
      <w:r>
        <w:rPr>
          <w:rFonts w:ascii="Calibri" w:hAnsi="Calibri"/>
          <w:b/>
          <w:i w:val="0"/>
          <w:color w:val="1F2937"/>
          <w:sz w:val="22"/>
        </w:rPr>
        <w:t>3. Probation Period</w:t>
      </w:r>
    </w:p>
    <w:p>
      <w:pPr>
        <w:spacing w:after="160"/>
      </w:pPr>
      <w:r>
        <w:rPr>
          <w:rFonts w:ascii="Calibri" w:hAnsi="Calibri"/>
          <w:b w:val="0"/>
          <w:i w:val="0"/>
          <w:color w:val="1F2937"/>
          <w:sz w:val="22"/>
        </w:rPr>
        <w:t xml:space="preserve">You will be on probation for </w:t>
      </w:r>
      <w:r>
        <w:rPr>
          <w:rFonts w:ascii="Calibri" w:hAnsi="Calibri"/>
          <w:b/>
          <w:i w:val="0"/>
          <w:color w:val="C52031"/>
          <w:sz w:val="22"/>
        </w:rPr>
        <w:t>[3/6]</w:t>
      </w:r>
      <w:r>
        <w:rPr>
          <w:rFonts w:ascii="Calibri" w:hAnsi="Calibri"/>
          <w:b w:val="0"/>
          <w:i w:val="0"/>
          <w:color w:val="1F2937"/>
          <w:sz w:val="22"/>
        </w:rPr>
        <w:t xml:space="preserve"> months from the date of joining. During this period, either party may terminate the employment with </w:t>
      </w:r>
      <w:r>
        <w:rPr>
          <w:rFonts w:ascii="Calibri" w:hAnsi="Calibri"/>
          <w:b/>
          <w:i w:val="0"/>
          <w:color w:val="C52031"/>
          <w:sz w:val="22"/>
        </w:rPr>
        <w:t>[15/30]</w:t>
      </w:r>
      <w:r>
        <w:rPr>
          <w:rFonts w:ascii="Calibri" w:hAnsi="Calibri"/>
          <w:b w:val="0"/>
          <w:i w:val="0"/>
          <w:color w:val="1F2937"/>
          <w:sz w:val="22"/>
        </w:rPr>
        <w:t xml:space="preserve"> days' written notice or payment in lieu of notice. Confirmation of permanent employment will be communicated in writing after successful completion of probation.</w:t>
      </w:r>
    </w:p>
    <w:p>
      <w:pPr>
        <w:spacing w:after="120"/>
      </w:pPr>
      <w:r>
        <w:rPr>
          <w:rFonts w:ascii="Calibri" w:hAnsi="Calibri"/>
          <w:b/>
          <w:i w:val="0"/>
          <w:color w:val="1F2937"/>
          <w:sz w:val="22"/>
        </w:rPr>
        <w:t>4. Working Hours and Leave</w:t>
      </w:r>
    </w:p>
    <w:p>
      <w:pPr>
        <w:spacing w:after="160"/>
      </w:pPr>
      <w:r>
        <w:rPr>
          <w:rFonts w:ascii="Calibri" w:hAnsi="Calibri"/>
          <w:b w:val="0"/>
          <w:i w:val="0"/>
          <w:color w:val="1F2937"/>
          <w:sz w:val="22"/>
        </w:rPr>
        <w:t xml:space="preserve">Working hours: </w:t>
      </w:r>
      <w:r>
        <w:rPr>
          <w:rFonts w:ascii="Calibri" w:hAnsi="Calibri"/>
          <w:b/>
          <w:i w:val="0"/>
          <w:color w:val="C52031"/>
          <w:sz w:val="22"/>
        </w:rPr>
        <w:t>[9:00 AM to 6:00 PM]</w:t>
      </w:r>
      <w:r>
        <w:rPr>
          <w:rFonts w:ascii="Calibri" w:hAnsi="Calibri"/>
          <w:b w:val="0"/>
          <w:i w:val="0"/>
          <w:color w:val="1F2937"/>
          <w:sz w:val="22"/>
        </w:rPr>
        <w:t xml:space="preserve">, </w:t>
      </w:r>
      <w:r>
        <w:rPr>
          <w:rFonts w:ascii="Calibri" w:hAnsi="Calibri"/>
          <w:b/>
          <w:i w:val="0"/>
          <w:color w:val="C52031"/>
          <w:sz w:val="22"/>
        </w:rPr>
        <w:t>[Monday to Saturday / Monday to Friday]</w:t>
      </w:r>
      <w:r>
        <w:rPr>
          <w:rFonts w:ascii="Calibri" w:hAnsi="Calibri"/>
          <w:b w:val="0"/>
          <w:i w:val="0"/>
          <w:color w:val="1F2937"/>
          <w:sz w:val="22"/>
        </w:rPr>
        <w:t xml:space="preserve">. You are entitled to </w:t>
      </w:r>
      <w:r>
        <w:rPr>
          <w:rFonts w:ascii="Calibri" w:hAnsi="Calibri"/>
          <w:b/>
          <w:i w:val="0"/>
          <w:color w:val="C52031"/>
          <w:sz w:val="22"/>
        </w:rPr>
        <w:t>[X]</w:t>
      </w:r>
      <w:r>
        <w:rPr>
          <w:rFonts w:ascii="Calibri" w:hAnsi="Calibri"/>
          <w:b w:val="0"/>
          <w:i w:val="0"/>
          <w:color w:val="1F2937"/>
          <w:sz w:val="22"/>
        </w:rPr>
        <w:t xml:space="preserve"> casual leaves, </w:t>
      </w:r>
      <w:r>
        <w:rPr>
          <w:rFonts w:ascii="Calibri" w:hAnsi="Calibri"/>
          <w:b/>
          <w:i w:val="0"/>
          <w:color w:val="C52031"/>
          <w:sz w:val="22"/>
        </w:rPr>
        <w:t>[X]</w:t>
      </w:r>
      <w:r>
        <w:rPr>
          <w:rFonts w:ascii="Calibri" w:hAnsi="Calibri"/>
          <w:b w:val="0"/>
          <w:i w:val="0"/>
          <w:color w:val="1F2937"/>
          <w:sz w:val="22"/>
        </w:rPr>
        <w:t xml:space="preserve"> sick leaves, and </w:t>
      </w:r>
      <w:r>
        <w:rPr>
          <w:rFonts w:ascii="Calibri" w:hAnsi="Calibri"/>
          <w:b/>
          <w:i w:val="0"/>
          <w:color w:val="C52031"/>
          <w:sz w:val="22"/>
        </w:rPr>
        <w:t>[X]</w:t>
      </w:r>
      <w:r>
        <w:rPr>
          <w:rFonts w:ascii="Calibri" w:hAnsi="Calibri"/>
          <w:b w:val="0"/>
          <w:i w:val="0"/>
          <w:color w:val="1F2937"/>
          <w:sz w:val="22"/>
        </w:rPr>
        <w:t xml:space="preserve"> earned leaves per year as per company policy and the applicable state Shops &amp; Establishments Act.</w:t>
      </w:r>
    </w:p>
    <w:p>
      <w:pPr>
        <w:spacing w:after="120"/>
      </w:pPr>
      <w:r>
        <w:rPr>
          <w:rFonts w:ascii="Calibri" w:hAnsi="Calibri"/>
          <w:b/>
          <w:i w:val="0"/>
          <w:color w:val="1F2937"/>
          <w:sz w:val="22"/>
        </w:rPr>
        <w:t>5. Conditions of This Offer</w:t>
      </w:r>
    </w:p>
    <w:p>
      <w:pPr>
        <w:spacing w:after="60"/>
      </w:pPr>
      <w:r>
        <w:rPr>
          <w:rFonts w:ascii="Calibri" w:hAnsi="Calibri"/>
          <w:b w:val="0"/>
          <w:i w:val="0"/>
          <w:color w:val="1F2937"/>
          <w:sz w:val="20"/>
        </w:rPr>
        <w:t xml:space="preserve">    - This offer is valid until </w:t>
      </w:r>
      <w:r>
        <w:rPr>
          <w:rFonts w:ascii="Calibri" w:hAnsi="Calibri"/>
          <w:b/>
          <w:i w:val="0"/>
          <w:color w:val="C52031"/>
          <w:sz w:val="20"/>
        </w:rPr>
        <w:t>[EXPIRY DATE]</w:t>
      </w:r>
      <w:r>
        <w:rPr>
          <w:rFonts w:ascii="Calibri" w:hAnsi="Calibri"/>
          <w:b w:val="0"/>
          <w:i w:val="0"/>
          <w:color w:val="1F2937"/>
          <w:sz w:val="20"/>
        </w:rPr>
        <w:t>. If not accepted by this date, it stands withdrawn.</w:t>
      </w:r>
    </w:p>
    <w:p>
      <w:pPr>
        <w:spacing w:after="60"/>
      </w:pPr>
      <w:r>
        <w:rPr>
          <w:rFonts w:ascii="Calibri" w:hAnsi="Calibri"/>
          <w:b w:val="0"/>
          <w:i w:val="0"/>
          <w:color w:val="1F2937"/>
          <w:sz w:val="20"/>
        </w:rPr>
        <w:t xml:space="preserve">    - This offer is conditional upon verification of your educational qualifications, previous employment, and identity documents.</w:t>
      </w:r>
    </w:p>
    <w:p>
      <w:pPr>
        <w:spacing w:after="60"/>
      </w:pPr>
      <w:r>
        <w:rPr>
          <w:rFonts w:ascii="Calibri" w:hAnsi="Calibri"/>
          <w:b w:val="0"/>
          <w:i w:val="0"/>
          <w:color w:val="1F2937"/>
          <w:sz w:val="20"/>
        </w:rPr>
        <w:t xml:space="preserve">    - You must not be bound by any non-compete or restrictive covenant that prevents you from joining us.</w:t>
      </w:r>
    </w:p>
    <w:p>
      <w:pPr>
        <w:spacing w:after="60"/>
      </w:pPr>
      <w:r>
        <w:rPr>
          <w:rFonts w:ascii="Calibri" w:hAnsi="Calibri"/>
          <w:b w:val="0"/>
          <w:i w:val="0"/>
          <w:color w:val="1F2937"/>
          <w:sz w:val="20"/>
        </w:rPr>
        <w:t xml:space="preserve">    - You will be required to sign a Non-Disclosure Agreement (NDA) on or before the date of joining.</w:t>
      </w:r>
    </w:p>
    <w:p>
      <w:pPr>
        <w:spacing w:after="60"/>
      </w:pPr>
      <w:r>
        <w:rPr>
          <w:rFonts w:ascii="Calibri" w:hAnsi="Calibri"/>
          <w:b w:val="0"/>
          <w:i w:val="0"/>
          <w:color w:val="1F2937"/>
          <w:sz w:val="20"/>
        </w:rPr>
        <w:t xml:space="preserve">    - You must provide the following documents on the date of joining: </w:t>
      </w:r>
      <w:r>
        <w:rPr>
          <w:rFonts w:ascii="Calibri" w:hAnsi="Calibri"/>
          <w:b/>
          <w:i w:val="0"/>
          <w:color w:val="C52031"/>
          <w:sz w:val="20"/>
        </w:rPr>
        <w:t>[LIST DOCUMENTS]</w:t>
      </w:r>
      <w:r>
        <w:rPr>
          <w:rFonts w:ascii="Calibri" w:hAnsi="Calibri"/>
          <w:b w:val="0"/>
          <w:i w:val="0"/>
          <w:color w:val="1F2937"/>
          <w:sz w:val="20"/>
        </w:rPr>
        <w:t>.</w:t>
      </w:r>
    </w:p>
    <w:p/>
    <w:p>
      <w:pPr>
        <w:spacing w:after="120"/>
      </w:pPr>
      <w:r>
        <w:rPr>
          <w:rFonts w:ascii="Calibri" w:hAnsi="Calibri"/>
          <w:b/>
          <w:i w:val="0"/>
          <w:color w:val="1F2937"/>
          <w:sz w:val="22"/>
        </w:rPr>
        <w:t>6. Acceptance</w:t>
      </w:r>
    </w:p>
    <w:p>
      <w:pPr>
        <w:spacing w:after="240"/>
      </w:pPr>
      <w:r>
        <w:rPr>
          <w:rFonts w:ascii="Calibri" w:hAnsi="Calibri"/>
          <w:b w:val="0"/>
          <w:i w:val="0"/>
          <w:color w:val="1F2937"/>
          <w:sz w:val="22"/>
        </w:rPr>
        <w:t xml:space="preserve">Please sign and return a copy of this letter by </w:t>
      </w:r>
      <w:r>
        <w:rPr>
          <w:rFonts w:ascii="Calibri" w:hAnsi="Calibri"/>
          <w:b/>
          <w:i w:val="0"/>
          <w:color w:val="C52031"/>
          <w:sz w:val="22"/>
        </w:rPr>
        <w:t>[ACCEPTANCE DEADLINE]</w:t>
      </w:r>
      <w:r>
        <w:rPr>
          <w:rFonts w:ascii="Calibri" w:hAnsi="Calibri"/>
          <w:b w:val="0"/>
          <w:i w:val="0"/>
          <w:color w:val="1F2937"/>
          <w:sz w:val="22"/>
        </w:rPr>
        <w:t xml:space="preserve"> to confirm your acceptance. You may send a signed scan to </w:t>
      </w:r>
      <w:r>
        <w:rPr>
          <w:rFonts w:ascii="Calibri" w:hAnsi="Calibri"/>
          <w:b/>
          <w:i w:val="0"/>
          <w:color w:val="C52031"/>
          <w:sz w:val="22"/>
        </w:rPr>
        <w:t>[HR EMAIL]</w:t>
      </w:r>
      <w:r>
        <w:rPr>
          <w:rFonts w:ascii="Calibri" w:hAnsi="Calibri"/>
          <w:b w:val="0"/>
          <w:i w:val="0"/>
          <w:color w:val="1F2937"/>
          <w:sz w:val="22"/>
        </w:rPr>
        <w:t xml:space="preserve"> or deliver a physical copy to the HR department.</w:t>
      </w:r>
    </w:p>
    <w:p>
      <w:pPr>
        <w:spacing w:after="240"/>
      </w:pPr>
      <w:r>
        <w:rPr>
          <w:rFonts w:ascii="Calibri" w:hAnsi="Calibri"/>
          <w:b w:val="0"/>
          <w:i w:val="0"/>
          <w:color w:val="1F2937"/>
          <w:sz w:val="22"/>
        </w:rPr>
        <w:t>We look forward to having you on the team.</w:t>
      </w:r>
    </w:p>
    <w:p>
      <w:pPr>
        <w:spacing w:after="80"/>
      </w:pPr>
      <w:r>
        <w:rPr>
          <w:rFonts w:ascii="Calibri" w:hAnsi="Calibri"/>
          <w:b w:val="0"/>
          <w:i w:val="0"/>
          <w:color w:val="1F2937"/>
          <w:sz w:val="22"/>
        </w:rPr>
        <w:t>Warm regards,</w:t>
      </w:r>
    </w:p>
    <w:p>
      <w:pPr>
        <w:spacing w:after="40"/>
      </w:pPr>
      <w:r>
        <w:rPr>
          <w:rFonts w:ascii="Calibri" w:hAnsi="Calibri"/>
          <w:b/>
          <w:i w:val="0"/>
          <w:color w:val="C52031"/>
          <w:sz w:val="22"/>
        </w:rPr>
        <w:t>[HR MANAGER NAME]</w:t>
      </w:r>
    </w:p>
    <w:p>
      <w:pPr>
        <w:spacing w:after="40"/>
      </w:pPr>
      <w:r>
        <w:rPr>
          <w:rFonts w:ascii="Calibri" w:hAnsi="Calibri"/>
          <w:b/>
          <w:i w:val="0"/>
          <w:color w:val="C52031"/>
          <w:sz w:val="20"/>
        </w:rPr>
        <w:t>[DESIGNATION]</w:t>
      </w:r>
    </w:p>
    <w:p>
      <w:pPr>
        <w:spacing w:after="40"/>
      </w:pPr>
      <w:r>
        <w:rPr>
          <w:rFonts w:ascii="Calibri" w:hAnsi="Calibri"/>
          <w:b/>
          <w:i w:val="0"/>
          <w:color w:val="C52031"/>
          <w:sz w:val="20"/>
        </w:rPr>
        <w:t>[COMPANY NAME]</w:t>
      </w:r>
    </w:p>
    <w:p>
      <w:pPr>
        <w:spacing w:after="320"/>
      </w:pPr>
      <w:r>
        <w:rPr>
          <w:rFonts w:ascii="Calibri" w:hAnsi="Calibri"/>
          <w:b/>
          <w:i w:val="0"/>
          <w:color w:val="C52031"/>
          <w:sz w:val="20"/>
        </w:rPr>
        <w:t>[COMPANY PHONE]</w:t>
      </w:r>
      <w:r>
        <w:rPr>
          <w:rFonts w:ascii="Calibri" w:hAnsi="Calibri"/>
          <w:b w:val="0"/>
          <w:i w:val="0"/>
          <w:color w:val="6B7280"/>
          <w:sz w:val="20"/>
        </w:rPr>
        <w:t xml:space="preserve"> | </w:t>
      </w:r>
      <w:r>
        <w:rPr>
          <w:rFonts w:ascii="Calibri" w:hAnsi="Calibri"/>
          <w:b/>
          <w:i w:val="0"/>
          <w:color w:val="C52031"/>
          <w:sz w:val="20"/>
        </w:rPr>
        <w:t>[COMPANY EMAIL]</w:t>
      </w:r>
    </w:p>
    <w:p>
      <w:pPr>
        <w:spacing w:before="120" w:after="120"/>
      </w:pPr>
      <w:r>
        <w:rPr>
          <w:color w:val="E5E7EB"/>
          <w:sz w:val="16"/>
        </w:rPr>
        <w:t>______________________________________________________________________</w:t>
      </w:r>
    </w:p>
    <w:p>
      <w:pPr>
        <w:spacing w:after="160"/>
      </w:pPr>
      <w:r>
        <w:rPr>
          <w:rFonts w:ascii="Calibri" w:hAnsi="Calibri"/>
          <w:b/>
          <w:i w:val="0"/>
          <w:color w:val="1F2937"/>
          <w:sz w:val="22"/>
        </w:rPr>
        <w:t>ACCEPTANCE BY CANDIDATE</w:t>
      </w:r>
    </w:p>
    <w:p>
      <w:pPr>
        <w:spacing w:after="240"/>
      </w:pPr>
      <w:r>
        <w:rPr>
          <w:rFonts w:ascii="Calibri" w:hAnsi="Calibri"/>
          <w:b w:val="0"/>
          <w:i w:val="0"/>
          <w:color w:val="1F2937"/>
          <w:sz w:val="22"/>
        </w:rPr>
        <w:t xml:space="preserve">I, </w:t>
      </w:r>
      <w:r>
        <w:rPr>
          <w:rFonts w:ascii="Calibri" w:hAnsi="Calibri"/>
          <w:b/>
          <w:i w:val="0"/>
          <w:color w:val="C52031"/>
          <w:sz w:val="22"/>
        </w:rPr>
        <w:t>[CANDIDATE FULL NAME]</w:t>
      </w:r>
      <w:r>
        <w:rPr>
          <w:rFonts w:ascii="Calibri" w:hAnsi="Calibri"/>
          <w:b w:val="0"/>
          <w:i w:val="0"/>
          <w:color w:val="1F2937"/>
          <w:sz w:val="22"/>
        </w:rPr>
        <w:t>, accept the offer of employment on the terms stated above.</w:t>
      </w:r>
    </w:p>
    <w:p>
      <w:pPr>
        <w:spacing w:after="80"/>
      </w:pPr>
      <w:r>
        <w:rPr>
          <w:rFonts w:ascii="Calibri" w:hAnsi="Calibri"/>
          <w:b w:val="0"/>
          <w:i w:val="0"/>
          <w:color w:val="1F2937"/>
          <w:sz w:val="22"/>
        </w:rPr>
        <w:t>Signature: _________________________    Date: _______________</w:t>
      </w:r>
    </w:p>
    <w:p>
      <w:r>
        <w:br w:type="page"/>
      </w:r>
    </w:p>
    <w:p>
      <w:pPr>
        <w:pStyle w:val="Heading1"/>
      </w:pPr>
      <w:r>
        <w:rPr>
          <w:color w:val="C52031"/>
        </w:rPr>
        <w:t>Template 2: Appointment Letter</w:t>
      </w:r>
    </w:p>
    <w:p>
      <w:pPr>
        <w:spacing w:after="240"/>
      </w:pPr>
      <w:r>
        <w:rPr>
          <w:rFonts w:ascii="Calibri" w:hAnsi="Calibri"/>
          <w:b w:val="0"/>
          <w:i/>
          <w:color w:val="6B7280"/>
          <w:sz w:val="20"/>
        </w:rPr>
        <w:t>Formal employment contract issued on the date of joining. More detailed than the offer letter. This is the legally binding document.</w:t>
      </w:r>
    </w:p>
    <w:p>
      <w:pPr>
        <w:spacing w:before="120" w:after="120"/>
      </w:pPr>
      <w:r>
        <w:rPr>
          <w:color w:val="E5E7EB"/>
          <w:sz w:val="16"/>
        </w:rPr>
        <w:t>______________________________________________________________________</w:t>
      </w:r>
    </w:p>
    <w:p>
      <w:pPr>
        <w:spacing w:after="120"/>
      </w:pPr>
      <w:r>
        <w:rPr>
          <w:rFonts w:ascii="Calibri" w:hAnsi="Calibri"/>
          <w:b/>
          <w:color w:val="C52031"/>
          <w:sz w:val="22"/>
        </w:rPr>
        <w:t>[COMPANY LETTERHEAD / LOGO]</w:t>
      </w:r>
    </w:p>
    <w:p>
      <w:pPr>
        <w:spacing w:after="120"/>
      </w:pPr>
    </w:p>
    <w:p>
      <w:pPr>
        <w:spacing w:after="120"/>
      </w:pPr>
      <w:r>
        <w:rPr>
          <w:rFonts w:ascii="Calibri" w:hAnsi="Calibri"/>
          <w:b w:val="0"/>
          <w:i w:val="0"/>
          <w:color w:val="1F2937"/>
          <w:sz w:val="22"/>
        </w:rPr>
        <w:t xml:space="preserve">Date: </w:t>
      </w:r>
      <w:r>
        <w:rPr>
          <w:rFonts w:ascii="Calibri" w:hAnsi="Calibri"/>
          <w:b/>
          <w:i w:val="0"/>
          <w:color w:val="C52031"/>
          <w:sz w:val="22"/>
        </w:rPr>
        <w:t>[DD-MMM-YYYY]</w:t>
      </w:r>
    </w:p>
    <w:p>
      <w:pPr>
        <w:spacing w:after="240"/>
      </w:pPr>
      <w:r>
        <w:rPr>
          <w:rFonts w:ascii="Calibri" w:hAnsi="Calibri"/>
          <w:b w:val="0"/>
          <w:i w:val="0"/>
          <w:color w:val="6B7280"/>
          <w:sz w:val="20"/>
        </w:rPr>
        <w:t xml:space="preserve">Ref: </w:t>
      </w:r>
      <w:r>
        <w:rPr>
          <w:rFonts w:ascii="Calibri" w:hAnsi="Calibri"/>
          <w:b/>
          <w:i w:val="0"/>
          <w:color w:val="C52031"/>
          <w:sz w:val="20"/>
        </w:rPr>
        <w:t>[COMPANY]</w:t>
      </w:r>
      <w:r>
        <w:rPr>
          <w:rFonts w:ascii="Calibri" w:hAnsi="Calibri"/>
          <w:b w:val="0"/>
          <w:i w:val="0"/>
          <w:color w:val="6B7280"/>
          <w:sz w:val="20"/>
        </w:rPr>
        <w:t>/HR/APPT/</w:t>
      </w:r>
      <w:r>
        <w:rPr>
          <w:rFonts w:ascii="Calibri" w:hAnsi="Calibri"/>
          <w:b/>
          <w:i w:val="0"/>
          <w:color w:val="C52031"/>
          <w:sz w:val="20"/>
        </w:rPr>
        <w:t>[YEAR]</w:t>
      </w:r>
      <w:r>
        <w:rPr>
          <w:rFonts w:ascii="Calibri" w:hAnsi="Calibri"/>
          <w:b w:val="0"/>
          <w:i w:val="0"/>
          <w:color w:val="6B7280"/>
          <w:sz w:val="20"/>
        </w:rPr>
        <w:t>/</w:t>
      </w:r>
      <w:r>
        <w:rPr>
          <w:rFonts w:ascii="Calibri" w:hAnsi="Calibri"/>
          <w:b/>
          <w:i w:val="0"/>
          <w:color w:val="C52031"/>
          <w:sz w:val="20"/>
        </w:rPr>
        <w:t>[NUMBER]</w:t>
      </w:r>
    </w:p>
    <w:p>
      <w:pPr>
        <w:spacing w:after="120"/>
      </w:pPr>
      <w:r>
        <w:rPr>
          <w:rFonts w:ascii="Calibri" w:hAnsi="Calibri"/>
          <w:b w:val="0"/>
          <w:i w:val="0"/>
          <w:color w:val="1F2937"/>
          <w:sz w:val="22"/>
        </w:rPr>
        <w:t>To,</w:t>
      </w:r>
    </w:p>
    <w:p>
      <w:pPr>
        <w:spacing w:after="120"/>
      </w:pPr>
      <w:r>
        <w:rPr>
          <w:rFonts w:ascii="Calibri" w:hAnsi="Calibri"/>
          <w:b/>
          <w:i w:val="0"/>
          <w:color w:val="C52031"/>
          <w:sz w:val="22"/>
        </w:rPr>
        <w:t>[EMPLOYEE FULL NAME]</w:t>
      </w:r>
    </w:p>
    <w:p>
      <w:pPr>
        <w:spacing w:after="240"/>
      </w:pPr>
      <w:r>
        <w:rPr>
          <w:rFonts w:ascii="Calibri" w:hAnsi="Calibri"/>
          <w:b w:val="0"/>
          <w:i w:val="0"/>
          <w:color w:val="1F2937"/>
          <w:sz w:val="22"/>
        </w:rPr>
        <w:t xml:space="preserve">Employee ID: </w:t>
      </w:r>
      <w:r>
        <w:rPr>
          <w:rFonts w:ascii="Calibri" w:hAnsi="Calibri"/>
          <w:b/>
          <w:i w:val="0"/>
          <w:color w:val="C52031"/>
          <w:sz w:val="22"/>
        </w:rPr>
        <w:t>[EMP ID]</w:t>
      </w:r>
    </w:p>
    <w:p>
      <w:pPr>
        <w:spacing w:after="240"/>
      </w:pPr>
      <w:r>
        <w:rPr>
          <w:rFonts w:ascii="Calibri" w:hAnsi="Calibri"/>
          <w:b/>
          <w:i w:val="0"/>
          <w:color w:val="1F2937"/>
          <w:sz w:val="24"/>
        </w:rPr>
        <w:t>Subject: Letter of Appointment</w:t>
      </w:r>
    </w:p>
    <w:p>
      <w:pPr>
        <w:spacing w:after="160"/>
      </w:pPr>
      <w:r>
        <w:rPr>
          <w:rFonts w:ascii="Calibri" w:hAnsi="Calibri"/>
          <w:b w:val="0"/>
          <w:i w:val="0"/>
          <w:color w:val="1F2937"/>
          <w:sz w:val="22"/>
        </w:rPr>
        <w:t xml:space="preserve">Dear </w:t>
      </w:r>
      <w:r>
        <w:rPr>
          <w:rFonts w:ascii="Calibri" w:hAnsi="Calibri"/>
          <w:b/>
          <w:i w:val="0"/>
          <w:color w:val="C52031"/>
          <w:sz w:val="22"/>
        </w:rPr>
        <w:t>[EMPLOYEE FIRST NAME]</w:t>
      </w:r>
      <w:r>
        <w:rPr>
          <w:rFonts w:ascii="Calibri" w:hAnsi="Calibri"/>
          <w:b w:val="0"/>
          <w:i w:val="0"/>
          <w:color w:val="1F2937"/>
          <w:sz w:val="22"/>
        </w:rPr>
        <w:t>,</w:t>
      </w:r>
    </w:p>
    <w:p>
      <w:pPr>
        <w:spacing w:after="160"/>
      </w:pPr>
      <w:r>
        <w:rPr>
          <w:rFonts w:ascii="Calibri" w:hAnsi="Calibri"/>
          <w:b w:val="0"/>
          <w:i w:val="0"/>
          <w:color w:val="1F2937"/>
          <w:sz w:val="22"/>
        </w:rPr>
        <w:t xml:space="preserve">With reference to your application and subsequent discussions, we are pleased to appoint you as </w:t>
      </w:r>
      <w:r>
        <w:rPr>
          <w:rFonts w:ascii="Calibri" w:hAnsi="Calibri"/>
          <w:b/>
          <w:i w:val="0"/>
          <w:color w:val="C52031"/>
          <w:sz w:val="22"/>
        </w:rPr>
        <w:t>[DESIGNATION]</w:t>
      </w:r>
      <w:r>
        <w:rPr>
          <w:rFonts w:ascii="Calibri" w:hAnsi="Calibri"/>
          <w:b w:val="0"/>
          <w:i w:val="0"/>
          <w:color w:val="1F2937"/>
          <w:sz w:val="22"/>
        </w:rPr>
        <w:t xml:space="preserve"> in the </w:t>
      </w:r>
      <w:r>
        <w:rPr>
          <w:rFonts w:ascii="Calibri" w:hAnsi="Calibri"/>
          <w:b/>
          <w:i w:val="0"/>
          <w:color w:val="C52031"/>
          <w:sz w:val="22"/>
        </w:rPr>
        <w:t>[DEPARTMENT]</w:t>
      </w:r>
      <w:r>
        <w:rPr>
          <w:rFonts w:ascii="Calibri" w:hAnsi="Calibri"/>
          <w:b w:val="0"/>
          <w:i w:val="0"/>
          <w:color w:val="1F2937"/>
          <w:sz w:val="22"/>
        </w:rPr>
        <w:t xml:space="preserve"> department of </w:t>
      </w:r>
      <w:r>
        <w:rPr>
          <w:rFonts w:ascii="Calibri" w:hAnsi="Calibri"/>
          <w:b/>
          <w:i w:val="0"/>
          <w:color w:val="C52031"/>
          <w:sz w:val="22"/>
        </w:rPr>
        <w:t>[COMPANY NAME]</w:t>
      </w:r>
      <w:r>
        <w:rPr>
          <w:rFonts w:ascii="Calibri" w:hAnsi="Calibri"/>
          <w:b w:val="0"/>
          <w:i w:val="0"/>
          <w:color w:val="1F2937"/>
          <w:sz w:val="22"/>
        </w:rPr>
        <w:t xml:space="preserve">, effective </w:t>
      </w:r>
      <w:r>
        <w:rPr>
          <w:rFonts w:ascii="Calibri" w:hAnsi="Calibri"/>
          <w:b/>
          <w:i w:val="0"/>
          <w:color w:val="C52031"/>
          <w:sz w:val="22"/>
        </w:rPr>
        <w:t>[DATE OF JOINING]</w:t>
      </w:r>
      <w:r>
        <w:rPr>
          <w:rFonts w:ascii="Calibri" w:hAnsi="Calibri"/>
          <w:b w:val="0"/>
          <w:i w:val="0"/>
          <w:color w:val="1F2937"/>
          <w:sz w:val="22"/>
        </w:rPr>
        <w:t>. Your terms and conditions of employment are as follows:</w:t>
      </w:r>
    </w:p>
    <w:p>
      <w:pPr>
        <w:spacing w:after="60"/>
      </w:pPr>
      <w:r>
        <w:rPr>
          <w:rFonts w:ascii="Calibri" w:hAnsi="Calibri"/>
          <w:b/>
          <w:i w:val="0"/>
          <w:color w:val="1F2937"/>
          <w:sz w:val="22"/>
        </w:rPr>
        <w:t>1. Place of Work</w:t>
      </w:r>
    </w:p>
    <w:p>
      <w:pPr>
        <w:spacing w:after="200"/>
      </w:pPr>
      <w:r>
        <w:rPr>
          <w:rFonts w:ascii="Calibri" w:hAnsi="Calibri"/>
          <w:b w:val="0"/>
          <w:i w:val="0"/>
          <w:color w:val="1F2937"/>
          <w:sz w:val="20"/>
        </w:rPr>
        <w:t xml:space="preserve">Your primary place of work will be </w:t>
      </w:r>
      <w:r>
        <w:rPr>
          <w:rFonts w:ascii="Calibri" w:hAnsi="Calibri"/>
          <w:b/>
          <w:i w:val="0"/>
          <w:color w:val="C52031"/>
          <w:sz w:val="20"/>
        </w:rPr>
        <w:t>[OFFICE ADDRESS, CITY, STATE]</w:t>
      </w:r>
      <w:r>
        <w:rPr>
          <w:rFonts w:ascii="Calibri" w:hAnsi="Calibri"/>
          <w:b w:val="0"/>
          <w:i w:val="0"/>
          <w:color w:val="1F2937"/>
          <w:sz w:val="20"/>
        </w:rPr>
        <w:t>. The company may transfer you to any other branch, department, or associate company based on business requirements, with reasonable notice.</w:t>
      </w:r>
    </w:p>
    <w:p>
      <w:pPr>
        <w:spacing w:after="60"/>
      </w:pPr>
      <w:r>
        <w:rPr>
          <w:rFonts w:ascii="Calibri" w:hAnsi="Calibri"/>
          <w:b/>
          <w:i w:val="0"/>
          <w:color w:val="1F2937"/>
          <w:sz w:val="22"/>
        </w:rPr>
        <w:t>2. Compensation</w:t>
      </w:r>
    </w:p>
    <w:p>
      <w:pPr>
        <w:spacing w:after="200"/>
      </w:pPr>
      <w:r>
        <w:rPr>
          <w:rFonts w:ascii="Calibri" w:hAnsi="Calibri"/>
          <w:b w:val="0"/>
          <w:i w:val="0"/>
          <w:color w:val="1F2937"/>
          <w:sz w:val="20"/>
        </w:rPr>
        <w:t xml:space="preserve">Your annual CTC is Rs </w:t>
      </w:r>
      <w:r>
        <w:rPr>
          <w:rFonts w:ascii="Calibri" w:hAnsi="Calibri"/>
          <w:b/>
          <w:i w:val="0"/>
          <w:color w:val="C52031"/>
          <w:sz w:val="20"/>
        </w:rPr>
        <w:t>[AMOUNT]</w:t>
      </w:r>
      <w:r>
        <w:rPr>
          <w:rFonts w:ascii="Calibri" w:hAnsi="Calibri"/>
          <w:b w:val="0"/>
          <w:i w:val="0"/>
          <w:color w:val="1F2937"/>
          <w:sz w:val="20"/>
        </w:rPr>
        <w:t xml:space="preserve">. The salary breakup is as per the offer letter dated </w:t>
      </w:r>
      <w:r>
        <w:rPr>
          <w:rFonts w:ascii="Calibri" w:hAnsi="Calibri"/>
          <w:b/>
          <w:i w:val="0"/>
          <w:color w:val="C52031"/>
          <w:sz w:val="20"/>
        </w:rPr>
        <w:t>[OFFER LETTER DATE]</w:t>
      </w:r>
      <w:r>
        <w:rPr>
          <w:rFonts w:ascii="Calibri" w:hAnsi="Calibri"/>
          <w:b w:val="0"/>
          <w:i w:val="0"/>
          <w:color w:val="1F2937"/>
          <w:sz w:val="20"/>
        </w:rPr>
        <w:t xml:space="preserve"> and is summarised below. Salary will be credited to your bank account by the </w:t>
      </w:r>
      <w:r>
        <w:rPr>
          <w:rFonts w:ascii="Calibri" w:hAnsi="Calibri"/>
          <w:b/>
          <w:i w:val="0"/>
          <w:color w:val="C52031"/>
          <w:sz w:val="20"/>
        </w:rPr>
        <w:t>[7th/10th]</w:t>
      </w:r>
      <w:r>
        <w:rPr>
          <w:rFonts w:ascii="Calibri" w:hAnsi="Calibri"/>
          <w:b w:val="0"/>
          <w:i w:val="0"/>
          <w:color w:val="1F2937"/>
          <w:sz w:val="20"/>
        </w:rPr>
        <w:t xml:space="preserve"> of each month as per the Payment of Wages Act, 1936.</w:t>
      </w:r>
    </w:p>
    <w:tbl>
      <w:tblPr>
        <w:tblStyle w:val="TableGrid"/>
        <w:tblW w:type="auto" w:w="0"/>
        <w:jc w:val="left"/>
        <w:tblLook w:firstColumn="1" w:firstRow="1" w:lastColumn="0" w:lastRow="0" w:noHBand="0" w:noVBand="1" w:val="04A0"/>
      </w:tblPr>
      <w:tblGrid>
        <w:gridCol w:w="2351"/>
        <w:gridCol w:w="2351"/>
        <w:gridCol w:w="2351"/>
        <w:gridCol w:w="2351"/>
      </w:tblGrid>
      <w:tr>
        <w:tc>
          <w:tcPr>
            <w:tcW w:type="dxa" w:w="2351"/>
            <w:shd w:fill="C52031" w:val="clear"/>
          </w:tcPr>
          <w:p>
            <w:pPr>
              <w:jc w:val="center"/>
            </w:pPr>
            <w:r>
              <w:rPr>
                <w:rFonts w:ascii="Calibri" w:hAnsi="Calibri"/>
                <w:b/>
                <w:color w:val="FFFFFF"/>
                <w:sz w:val="20"/>
              </w:rPr>
              <w:t>Component</w:t>
            </w:r>
          </w:p>
        </w:tc>
        <w:tc>
          <w:tcPr>
            <w:tcW w:type="dxa" w:w="2351"/>
            <w:shd w:fill="C52031" w:val="clear"/>
          </w:tcPr>
          <w:p>
            <w:pPr>
              <w:jc w:val="center"/>
            </w:pPr>
            <w:r>
              <w:rPr>
                <w:rFonts w:ascii="Calibri" w:hAnsi="Calibri"/>
                <w:b/>
                <w:color w:val="FFFFFF"/>
                <w:sz w:val="20"/>
              </w:rPr>
              <w:t>Monthly (INR)</w:t>
            </w:r>
          </w:p>
        </w:tc>
        <w:tc>
          <w:tcPr>
            <w:tcW w:type="dxa" w:w="2351"/>
            <w:shd w:fill="C52031" w:val="clear"/>
          </w:tcPr>
          <w:p>
            <w:pPr>
              <w:jc w:val="center"/>
            </w:pPr>
            <w:r>
              <w:rPr>
                <w:rFonts w:ascii="Calibri" w:hAnsi="Calibri"/>
                <w:b/>
                <w:color w:val="FFFFFF"/>
                <w:sz w:val="20"/>
              </w:rPr>
              <w:t>Annual (INR)</w:t>
            </w:r>
          </w:p>
        </w:tc>
        <w:tc>
          <w:tcPr>
            <w:tcW w:type="dxa" w:w="2351"/>
            <w:shd w:fill="C52031" w:val="clear"/>
          </w:tcPr>
          <w:p>
            <w:pPr>
              <w:jc w:val="center"/>
            </w:pPr>
            <w:r>
              <w:rPr>
                <w:rFonts w:ascii="Calibri" w:hAnsi="Calibri"/>
                <w:b/>
                <w:color w:val="FFFFFF"/>
                <w:sz w:val="20"/>
              </w:rPr>
              <w:t>Type</w:t>
            </w:r>
          </w:p>
        </w:tc>
      </w:tr>
      <w:tr>
        <w:tc>
          <w:tcPr>
            <w:tcW w:type="dxa" w:w="2351"/>
          </w:tcPr>
          <w:p>
            <w:r>
              <w:rPr>
                <w:rFonts w:ascii="Calibri" w:hAnsi="Calibri"/>
                <w:sz w:val="20"/>
              </w:rPr>
              <w:t>Basic Salary (40% of CTC)</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Earnings</w:t>
            </w:r>
          </w:p>
        </w:tc>
      </w:tr>
      <w:tr>
        <w:tc>
          <w:tcPr>
            <w:tcW w:type="dxa" w:w="2351"/>
          </w:tcPr>
          <w:p>
            <w:r>
              <w:rPr>
                <w:rFonts w:ascii="Calibri" w:hAnsi="Calibri"/>
                <w:sz w:val="20"/>
              </w:rPr>
              <w:t>House Rent Allowance (50% of Basic)</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Earnings</w:t>
            </w:r>
          </w:p>
        </w:tc>
      </w:tr>
      <w:tr>
        <w:tc>
          <w:tcPr>
            <w:tcW w:type="dxa" w:w="2351"/>
          </w:tcPr>
          <w:p>
            <w:r>
              <w:rPr>
                <w:rFonts w:ascii="Calibri" w:hAnsi="Calibri"/>
                <w:sz w:val="20"/>
              </w:rPr>
              <w:t>Special Allowance</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Earnings</w:t>
            </w:r>
          </w:p>
        </w:tc>
      </w:tr>
      <w:tr>
        <w:tc>
          <w:tcPr>
            <w:tcW w:type="dxa" w:w="2351"/>
          </w:tcPr>
          <w:p>
            <w:r>
              <w:rPr>
                <w:rFonts w:ascii="Calibri" w:hAnsi="Calibri"/>
                <w:sz w:val="20"/>
              </w:rPr>
              <w:t>Employer PF (12% of Basic)</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Employer Cost</w:t>
            </w:r>
          </w:p>
        </w:tc>
      </w:tr>
      <w:tr>
        <w:tc>
          <w:tcPr>
            <w:tcW w:type="dxa" w:w="2351"/>
          </w:tcPr>
          <w:p>
            <w:r>
              <w:rPr>
                <w:rFonts w:ascii="Calibri" w:hAnsi="Calibri"/>
                <w:sz w:val="20"/>
              </w:rPr>
              <w:t>Employer ESI (3.25%, if applicable)</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Employer Cost</w:t>
            </w:r>
          </w:p>
        </w:tc>
      </w:tr>
      <w:tr>
        <w:tc>
          <w:tcPr>
            <w:tcW w:type="dxa" w:w="2351"/>
          </w:tcPr>
          <w:p>
            <w:r>
              <w:rPr>
                <w:rFonts w:ascii="Calibri" w:hAnsi="Calibri"/>
                <w:sz w:val="20"/>
              </w:rPr>
              <w:t>Gratuity (4.81% of Basic)</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Employer Cost</w:t>
            </w:r>
          </w:p>
        </w:tc>
      </w:tr>
      <w:tr>
        <w:tc>
          <w:tcPr>
            <w:tcW w:type="dxa" w:w="2351"/>
          </w:tcPr>
          <w:p>
            <w:r>
              <w:rPr>
                <w:rFonts w:ascii="Calibri" w:hAnsi="Calibri"/>
                <w:sz w:val="20"/>
              </w:rPr>
              <w:t>Total CTC</w:t>
            </w:r>
          </w:p>
        </w:tc>
        <w:tc>
          <w:tcPr>
            <w:tcW w:type="dxa" w:w="2351"/>
          </w:tcPr>
          <w:p>
            <w:pPr>
              <w:jc w:val="center"/>
            </w:pPr>
            <w:r>
              <w:rPr>
                <w:rFonts w:ascii="Calibri" w:hAnsi="Calibri"/>
                <w:sz w:val="20"/>
              </w:rPr>
              <w:t>[TOTAL]</w:t>
            </w:r>
          </w:p>
        </w:tc>
        <w:tc>
          <w:tcPr>
            <w:tcW w:type="dxa" w:w="2351"/>
          </w:tcPr>
          <w:p>
            <w:pPr>
              <w:jc w:val="center"/>
            </w:pPr>
            <w:r>
              <w:rPr>
                <w:rFonts w:ascii="Calibri" w:hAnsi="Calibri"/>
                <w:sz w:val="20"/>
              </w:rPr>
              <w:t>[TOTAL]</w:t>
            </w:r>
          </w:p>
        </w:tc>
        <w:tc>
          <w:tcPr>
            <w:tcW w:type="dxa" w:w="2351"/>
          </w:tcPr>
          <w:p>
            <w:pPr>
              <w:jc w:val="center"/>
            </w:pPr>
            <w:r>
              <w:rPr>
                <w:rFonts w:ascii="Calibri" w:hAnsi="Calibri"/>
                <w:sz w:val="20"/>
              </w:rPr>
            </w:r>
          </w:p>
        </w:tc>
      </w:tr>
      <w:tr>
        <w:tc>
          <w:tcPr>
            <w:tcW w:type="dxa" w:w="2351"/>
          </w:tcPr>
          <w:p>
            <w:r>
              <w:rPr>
                <w:rFonts w:ascii="Calibri" w:hAnsi="Calibri"/>
                <w:sz w:val="20"/>
              </w:rPr>
            </w:r>
          </w:p>
        </w:tc>
        <w:tc>
          <w:tcPr>
            <w:tcW w:type="dxa" w:w="2351"/>
          </w:tcPr>
          <w:p>
            <w:pPr>
              <w:jc w:val="center"/>
            </w:pPr>
            <w:r>
              <w:rPr>
                <w:rFonts w:ascii="Calibri" w:hAnsi="Calibri"/>
                <w:sz w:val="20"/>
              </w:rPr>
            </w:r>
          </w:p>
        </w:tc>
        <w:tc>
          <w:tcPr>
            <w:tcW w:type="dxa" w:w="2351"/>
          </w:tcPr>
          <w:p>
            <w:pPr>
              <w:jc w:val="center"/>
            </w:pPr>
            <w:r>
              <w:rPr>
                <w:rFonts w:ascii="Calibri" w:hAnsi="Calibri"/>
                <w:sz w:val="20"/>
              </w:rPr>
            </w:r>
          </w:p>
        </w:tc>
        <w:tc>
          <w:tcPr>
            <w:tcW w:type="dxa" w:w="2351"/>
          </w:tcPr>
          <w:p>
            <w:pPr>
              <w:jc w:val="center"/>
            </w:pPr>
            <w:r>
              <w:rPr>
                <w:rFonts w:ascii="Calibri" w:hAnsi="Calibri"/>
                <w:sz w:val="20"/>
              </w:rPr>
            </w:r>
          </w:p>
        </w:tc>
      </w:tr>
      <w:tr>
        <w:tc>
          <w:tcPr>
            <w:tcW w:type="dxa" w:w="2351"/>
          </w:tcPr>
          <w:p>
            <w:r>
              <w:rPr>
                <w:rFonts w:ascii="Calibri" w:hAnsi="Calibri"/>
                <w:sz w:val="20"/>
              </w:rPr>
              <w:t>Employee PF Deduction (12%)</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Deduction</w:t>
            </w:r>
          </w:p>
        </w:tc>
      </w:tr>
      <w:tr>
        <w:tc>
          <w:tcPr>
            <w:tcW w:type="dxa" w:w="2351"/>
          </w:tcPr>
          <w:p>
            <w:r>
              <w:rPr>
                <w:rFonts w:ascii="Calibri" w:hAnsi="Calibri"/>
                <w:sz w:val="20"/>
              </w:rPr>
              <w:t>Employee ESI (0.75%, if applicable)</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Deduction</w:t>
            </w:r>
          </w:p>
        </w:tc>
      </w:tr>
      <w:tr>
        <w:tc>
          <w:tcPr>
            <w:tcW w:type="dxa" w:w="2351"/>
          </w:tcPr>
          <w:p>
            <w:r>
              <w:rPr>
                <w:rFonts w:ascii="Calibri" w:hAnsi="Calibri"/>
                <w:sz w:val="20"/>
              </w:rPr>
              <w:t>Professional Tax</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Deduction</w:t>
            </w:r>
          </w:p>
        </w:tc>
      </w:tr>
      <w:tr>
        <w:tc>
          <w:tcPr>
            <w:tcW w:type="dxa" w:w="2351"/>
          </w:tcPr>
          <w:p>
            <w:r>
              <w:rPr>
                <w:rFonts w:ascii="Calibri" w:hAnsi="Calibri"/>
                <w:sz w:val="20"/>
              </w:rPr>
              <w:t>Estimated In-Hand Salary</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t>[AMOUNT]</w:t>
            </w:r>
          </w:p>
        </w:tc>
        <w:tc>
          <w:tcPr>
            <w:tcW w:type="dxa" w:w="2351"/>
          </w:tcPr>
          <w:p>
            <w:pPr>
              <w:jc w:val="center"/>
            </w:pPr>
            <w:r>
              <w:rPr>
                <w:rFonts w:ascii="Calibri" w:hAnsi="Calibri"/>
                <w:sz w:val="20"/>
              </w:rPr>
            </w:r>
          </w:p>
        </w:tc>
      </w:tr>
    </w:tbl>
    <w:p/>
    <w:p>
      <w:pPr>
        <w:spacing w:after="60"/>
      </w:pPr>
      <w:r>
        <w:rPr>
          <w:rFonts w:ascii="Calibri" w:hAnsi="Calibri"/>
          <w:b/>
          <w:i w:val="0"/>
          <w:color w:val="1F2937"/>
          <w:sz w:val="22"/>
        </w:rPr>
        <w:t>3. Probation</w:t>
      </w:r>
    </w:p>
    <w:p>
      <w:pPr>
        <w:spacing w:after="200"/>
      </w:pPr>
      <w:r>
        <w:rPr>
          <w:rFonts w:ascii="Calibri" w:hAnsi="Calibri"/>
          <w:b w:val="0"/>
          <w:i w:val="0"/>
          <w:color w:val="1F2937"/>
          <w:sz w:val="20"/>
        </w:rPr>
        <w:t xml:space="preserve">You will be on probation for </w:t>
      </w:r>
      <w:r>
        <w:rPr>
          <w:rFonts w:ascii="Calibri" w:hAnsi="Calibri"/>
          <w:b/>
          <w:i w:val="0"/>
          <w:color w:val="C52031"/>
          <w:sz w:val="20"/>
        </w:rPr>
        <w:t>[3/6]</w:t>
      </w:r>
      <w:r>
        <w:rPr>
          <w:rFonts w:ascii="Calibri" w:hAnsi="Calibri"/>
          <w:b w:val="0"/>
          <w:i w:val="0"/>
          <w:color w:val="1F2937"/>
          <w:sz w:val="20"/>
        </w:rPr>
        <w:t xml:space="preserve"> months from </w:t>
      </w:r>
      <w:r>
        <w:rPr>
          <w:rFonts w:ascii="Calibri" w:hAnsi="Calibri"/>
          <w:b/>
          <w:i w:val="0"/>
          <w:color w:val="C52031"/>
          <w:sz w:val="20"/>
        </w:rPr>
        <w:t>[DATE OF JOINING]</w:t>
      </w:r>
      <w:r>
        <w:rPr>
          <w:rFonts w:ascii="Calibri" w:hAnsi="Calibri"/>
          <w:b w:val="0"/>
          <w:i w:val="0"/>
          <w:color w:val="1F2937"/>
          <w:sz w:val="20"/>
        </w:rPr>
        <w:t xml:space="preserve">. The company reserves the right to extend the probation period by up to </w:t>
      </w:r>
      <w:r>
        <w:rPr>
          <w:rFonts w:ascii="Calibri" w:hAnsi="Calibri"/>
          <w:b/>
          <w:i w:val="0"/>
          <w:color w:val="C52031"/>
          <w:sz w:val="20"/>
        </w:rPr>
        <w:t>[3]</w:t>
      </w:r>
      <w:r>
        <w:rPr>
          <w:rFonts w:ascii="Calibri" w:hAnsi="Calibri"/>
          <w:b w:val="0"/>
          <w:i w:val="0"/>
          <w:color w:val="1F2937"/>
          <w:sz w:val="20"/>
        </w:rPr>
        <w:t xml:space="preserve"> months if performance is not satisfactory. During probation, either party may terminate employment with </w:t>
      </w:r>
      <w:r>
        <w:rPr>
          <w:rFonts w:ascii="Calibri" w:hAnsi="Calibri"/>
          <w:b/>
          <w:i w:val="0"/>
          <w:color w:val="C52031"/>
          <w:sz w:val="20"/>
        </w:rPr>
        <w:t>[15]</w:t>
      </w:r>
      <w:r>
        <w:rPr>
          <w:rFonts w:ascii="Calibri" w:hAnsi="Calibri"/>
          <w:b w:val="0"/>
          <w:i w:val="0"/>
          <w:color w:val="1F2937"/>
          <w:sz w:val="20"/>
        </w:rPr>
        <w:t xml:space="preserve"> days' written notice.</w:t>
      </w:r>
    </w:p>
    <w:p>
      <w:pPr>
        <w:spacing w:after="60"/>
      </w:pPr>
      <w:r>
        <w:rPr>
          <w:rFonts w:ascii="Calibri" w:hAnsi="Calibri"/>
          <w:b/>
          <w:i w:val="0"/>
          <w:color w:val="1F2937"/>
          <w:sz w:val="22"/>
        </w:rPr>
        <w:t>4. Working Hours</w:t>
      </w:r>
    </w:p>
    <w:p>
      <w:pPr>
        <w:spacing w:after="200"/>
      </w:pPr>
      <w:r>
        <w:rPr>
          <w:rFonts w:ascii="Calibri" w:hAnsi="Calibri"/>
          <w:b w:val="0"/>
          <w:i w:val="0"/>
          <w:color w:val="1F2937"/>
          <w:sz w:val="20"/>
        </w:rPr>
        <w:t xml:space="preserve">Your working hours are </w:t>
      </w:r>
      <w:r>
        <w:rPr>
          <w:rFonts w:ascii="Calibri" w:hAnsi="Calibri"/>
          <w:b/>
          <w:i w:val="0"/>
          <w:color w:val="C52031"/>
          <w:sz w:val="20"/>
        </w:rPr>
        <w:t>[9:00 AM to 6:00 PM]</w:t>
      </w:r>
      <w:r>
        <w:rPr>
          <w:rFonts w:ascii="Calibri" w:hAnsi="Calibri"/>
          <w:b w:val="0"/>
          <w:i w:val="0"/>
          <w:color w:val="1F2937"/>
          <w:sz w:val="20"/>
        </w:rPr>
        <w:t xml:space="preserve">, </w:t>
      </w:r>
      <w:r>
        <w:rPr>
          <w:rFonts w:ascii="Calibri" w:hAnsi="Calibri"/>
          <w:b/>
          <w:i w:val="0"/>
          <w:color w:val="C52031"/>
          <w:sz w:val="20"/>
        </w:rPr>
        <w:t>[DAYS]</w:t>
      </w:r>
      <w:r>
        <w:rPr>
          <w:rFonts w:ascii="Calibri" w:hAnsi="Calibri"/>
          <w:b w:val="0"/>
          <w:i w:val="0"/>
          <w:color w:val="1F2937"/>
          <w:sz w:val="20"/>
        </w:rPr>
        <w:t>. Total working hours shall not exceed 48 hours per week and 9 hours per day as per the applicable Shops &amp; Establishments Act. Overtime, if applicable, will be compensated at twice the normal rate (Section 14, Factories Act, 1948).</w:t>
      </w:r>
    </w:p>
    <w:p>
      <w:pPr>
        <w:spacing w:after="60"/>
      </w:pPr>
      <w:r>
        <w:rPr>
          <w:rFonts w:ascii="Calibri" w:hAnsi="Calibri"/>
          <w:b/>
          <w:i w:val="0"/>
          <w:color w:val="1F2937"/>
          <w:sz w:val="22"/>
        </w:rPr>
        <w:t>5. Leave Entitlement</w:t>
      </w:r>
    </w:p>
    <w:p>
      <w:pPr>
        <w:spacing w:after="200"/>
      </w:pPr>
      <w:r>
        <w:rPr>
          <w:rFonts w:ascii="Calibri" w:hAnsi="Calibri"/>
          <w:b w:val="0"/>
          <w:i w:val="0"/>
          <w:color w:val="1F2937"/>
          <w:sz w:val="20"/>
        </w:rPr>
        <w:t>You are entitled to the following leaves per calendar year:</w:t>
        <w:br/>
        <w:t xml:space="preserve">    - Casual Leave: </w:t>
      </w:r>
      <w:r>
        <w:rPr>
          <w:rFonts w:ascii="Calibri" w:hAnsi="Calibri"/>
          <w:b/>
          <w:i w:val="0"/>
          <w:color w:val="C52031"/>
          <w:sz w:val="20"/>
        </w:rPr>
        <w:t>[7-12]</w:t>
      </w:r>
      <w:r>
        <w:rPr>
          <w:rFonts w:ascii="Calibri" w:hAnsi="Calibri"/>
          <w:b w:val="0"/>
          <w:i w:val="0"/>
          <w:color w:val="1F2937"/>
          <w:sz w:val="20"/>
        </w:rPr>
        <w:t xml:space="preserve"> days (as per state S&amp;E Act)</w:t>
        <w:br/>
        <w:t xml:space="preserve">    - Sick Leave: </w:t>
      </w:r>
      <w:r>
        <w:rPr>
          <w:rFonts w:ascii="Calibri" w:hAnsi="Calibri"/>
          <w:b/>
          <w:i w:val="0"/>
          <w:color w:val="C52031"/>
          <w:sz w:val="20"/>
        </w:rPr>
        <w:t>[7-12]</w:t>
      </w:r>
      <w:r>
        <w:rPr>
          <w:rFonts w:ascii="Calibri" w:hAnsi="Calibri"/>
          <w:b w:val="0"/>
          <w:i w:val="0"/>
          <w:color w:val="1F2937"/>
          <w:sz w:val="20"/>
        </w:rPr>
        <w:t xml:space="preserve"> days (medical certificate required for 2+ consecutive days)</w:t>
        <w:br/>
        <w:t xml:space="preserve">    - Earned/Privilege Leave: 15 days (Factories Act, Section 79: 1 day per 20 days worked)</w:t>
        <w:br/>
        <w:t xml:space="preserve">    - Public Holidays: As per the company holiday calendar</w:t>
        <w:br/>
        <w:t xml:space="preserve">    - Maternity Leave: 26 weeks for first 2 children (Maternity Benefit Act, 2017)</w:t>
        <w:br/>
        <w:t>Leave policy details are provided in the Employee Handbook.</w:t>
      </w:r>
    </w:p>
    <w:p>
      <w:pPr>
        <w:spacing w:after="60"/>
      </w:pPr>
      <w:r>
        <w:rPr>
          <w:rFonts w:ascii="Calibri" w:hAnsi="Calibri"/>
          <w:b/>
          <w:i w:val="0"/>
          <w:color w:val="1F2937"/>
          <w:sz w:val="22"/>
        </w:rPr>
        <w:t>6. Provident Fund and ESI</w:t>
      </w:r>
    </w:p>
    <w:p>
      <w:pPr>
        <w:spacing w:after="200"/>
      </w:pPr>
      <w:r>
        <w:rPr>
          <w:rFonts w:ascii="Calibri" w:hAnsi="Calibri"/>
          <w:b w:val="0"/>
          <w:i w:val="0"/>
          <w:color w:val="1F2937"/>
          <w:sz w:val="20"/>
        </w:rPr>
        <w:t>You will be enrolled in the Employees' Provident Fund (EPF) scheme under the EPF Act, 1952. Your contribution: 12% of Basic + DA. Employer contribution: 12% (split as 3.67% EPF + 8.33% EPS). If your gross wages do not exceed Rs 21,000/month, you will also be covered under the ESI Act, 1948 (Employee: 0.75%, Employer: 3.25%).</w:t>
      </w:r>
    </w:p>
    <w:p>
      <w:pPr>
        <w:spacing w:after="60"/>
      </w:pPr>
      <w:r>
        <w:rPr>
          <w:rFonts w:ascii="Calibri" w:hAnsi="Calibri"/>
          <w:b/>
          <w:i w:val="0"/>
          <w:color w:val="1F2937"/>
          <w:sz w:val="22"/>
        </w:rPr>
        <w:t>7. Gratuity</w:t>
      </w:r>
    </w:p>
    <w:p>
      <w:pPr>
        <w:spacing w:after="200"/>
      </w:pPr>
      <w:r>
        <w:rPr>
          <w:rFonts w:ascii="Calibri" w:hAnsi="Calibri"/>
          <w:b w:val="0"/>
          <w:i w:val="0"/>
          <w:color w:val="1F2937"/>
          <w:sz w:val="20"/>
        </w:rPr>
        <w:t>You are eligible for gratuity under the Payment of Gratuity Act, 1972, after completing 5 years of continuous service. Gratuity = 15/26 x last drawn Basic salary x years of service. Maximum payable: Rs 25,00,000.</w:t>
      </w:r>
    </w:p>
    <w:p>
      <w:pPr>
        <w:spacing w:after="60"/>
      </w:pPr>
      <w:r>
        <w:rPr>
          <w:rFonts w:ascii="Calibri" w:hAnsi="Calibri"/>
          <w:b/>
          <w:i w:val="0"/>
          <w:color w:val="1F2937"/>
          <w:sz w:val="22"/>
        </w:rPr>
        <w:t>8. Notice Period and Termination</w:t>
      </w:r>
    </w:p>
    <w:p>
      <w:pPr>
        <w:spacing w:after="200"/>
      </w:pPr>
      <w:r>
        <w:rPr>
          <w:rFonts w:ascii="Calibri" w:hAnsi="Calibri"/>
          <w:b w:val="0"/>
          <w:i w:val="0"/>
          <w:color w:val="1F2937"/>
          <w:sz w:val="20"/>
        </w:rPr>
        <w:t xml:space="preserve">After confirmation, either party may terminate this employment by giving </w:t>
      </w:r>
      <w:r>
        <w:rPr>
          <w:rFonts w:ascii="Calibri" w:hAnsi="Calibri"/>
          <w:b/>
          <w:i w:val="0"/>
          <w:color w:val="C52031"/>
          <w:sz w:val="20"/>
        </w:rPr>
        <w:t>[30/60/90]</w:t>
      </w:r>
      <w:r>
        <w:rPr>
          <w:rFonts w:ascii="Calibri" w:hAnsi="Calibri"/>
          <w:b w:val="0"/>
          <w:i w:val="0"/>
          <w:color w:val="1F2937"/>
          <w:sz w:val="20"/>
        </w:rPr>
        <w:t xml:space="preserve"> days' written notice or salary in lieu of the notice period. The company reserves the right to terminate employment without notice in case of gross misconduct, fraud, breach of confidentiality, or conviction of a criminal offence.</w:t>
      </w:r>
    </w:p>
    <w:p>
      <w:pPr>
        <w:spacing w:after="60"/>
      </w:pPr>
      <w:r>
        <w:rPr>
          <w:rFonts w:ascii="Calibri" w:hAnsi="Calibri"/>
          <w:b/>
          <w:i w:val="0"/>
          <w:color w:val="1F2937"/>
          <w:sz w:val="22"/>
        </w:rPr>
        <w:t>9. Confidentiality</w:t>
      </w:r>
    </w:p>
    <w:p>
      <w:pPr>
        <w:spacing w:after="200"/>
      </w:pPr>
      <w:r>
        <w:rPr>
          <w:rFonts w:ascii="Calibri" w:hAnsi="Calibri"/>
          <w:b w:val="0"/>
          <w:i w:val="0"/>
          <w:color w:val="1F2937"/>
          <w:sz w:val="20"/>
        </w:rPr>
        <w:t>You shall not disclose any proprietary information, trade secrets, client data, or business strategies of the company during or after your employment. Violation of this clause may result in termination and legal action under the Indian Contract Act, 1872.</w:t>
      </w:r>
    </w:p>
    <w:p>
      <w:pPr>
        <w:spacing w:after="60"/>
      </w:pPr>
      <w:r>
        <w:rPr>
          <w:rFonts w:ascii="Calibri" w:hAnsi="Calibri"/>
          <w:b/>
          <w:i w:val="0"/>
          <w:color w:val="1F2937"/>
          <w:sz w:val="22"/>
        </w:rPr>
        <w:t>10. Code of Conduct</w:t>
      </w:r>
    </w:p>
    <w:p>
      <w:pPr>
        <w:spacing w:after="200"/>
      </w:pPr>
      <w:r>
        <w:rPr>
          <w:rFonts w:ascii="Calibri" w:hAnsi="Calibri"/>
          <w:b w:val="0"/>
          <w:i w:val="0"/>
          <w:color w:val="1F2937"/>
          <w:sz w:val="20"/>
        </w:rPr>
        <w:t>You are expected to comply with the company's Code of Conduct, HR policies, and the Sexual Harassment of Women at Workplace (Prevention, Prohibition and Redressal) Act, 2013 (POSH Act). Details will be shared during induction.</w:t>
      </w:r>
    </w:p>
    <w:p>
      <w:pPr>
        <w:spacing w:after="60"/>
      </w:pPr>
      <w:r>
        <w:rPr>
          <w:rFonts w:ascii="Calibri" w:hAnsi="Calibri"/>
          <w:b/>
          <w:i w:val="0"/>
          <w:color w:val="1F2937"/>
          <w:sz w:val="22"/>
        </w:rPr>
        <w:t>11. Full and Final Settlement</w:t>
      </w:r>
    </w:p>
    <w:p>
      <w:pPr>
        <w:spacing w:after="200"/>
      </w:pPr>
      <w:r>
        <w:rPr>
          <w:rFonts w:ascii="Calibri" w:hAnsi="Calibri"/>
          <w:b w:val="0"/>
          <w:i w:val="0"/>
          <w:color w:val="1F2937"/>
          <w:sz w:val="20"/>
        </w:rPr>
        <w:t>On separation, your full and final settlement will be processed within 30 days and will include: pending salary, earned leave encashment, reimbursements, and any applicable gratuity. Company property (laptop, ID card, access cards) must be returned on the last working day.</w:t>
      </w:r>
    </w:p>
    <w:p>
      <w:pPr>
        <w:spacing w:after="60"/>
      </w:pPr>
      <w:r>
        <w:rPr>
          <w:rFonts w:ascii="Calibri" w:hAnsi="Calibri"/>
          <w:b/>
          <w:i w:val="0"/>
          <w:color w:val="1F2937"/>
          <w:sz w:val="22"/>
        </w:rPr>
        <w:t>12. Governing Law</w:t>
      </w:r>
    </w:p>
    <w:p>
      <w:pPr>
        <w:spacing w:after="200"/>
      </w:pPr>
      <w:r>
        <w:rPr>
          <w:rFonts w:ascii="Calibri" w:hAnsi="Calibri"/>
          <w:b w:val="0"/>
          <w:i w:val="0"/>
          <w:color w:val="1F2937"/>
          <w:sz w:val="20"/>
        </w:rPr>
        <w:t xml:space="preserve">This appointment is governed by the laws of India. Any disputes shall be subject to the jurisdiction of courts in </w:t>
      </w:r>
      <w:r>
        <w:rPr>
          <w:rFonts w:ascii="Calibri" w:hAnsi="Calibri"/>
          <w:b/>
          <w:i w:val="0"/>
          <w:color w:val="C52031"/>
          <w:sz w:val="20"/>
        </w:rPr>
        <w:t>[CITY, STATE]</w:t>
      </w:r>
      <w:r>
        <w:rPr>
          <w:rFonts w:ascii="Calibri" w:hAnsi="Calibri"/>
          <w:b w:val="0"/>
          <w:i w:val="0"/>
          <w:color w:val="1F2937"/>
          <w:sz w:val="20"/>
        </w:rPr>
        <w:t>.</w:t>
      </w:r>
    </w:p>
    <w:p>
      <w:pPr>
        <w:spacing w:after="240"/>
      </w:pPr>
      <w:r>
        <w:rPr>
          <w:rFonts w:ascii="Calibri" w:hAnsi="Calibri"/>
          <w:b w:val="0"/>
          <w:i w:val="0"/>
          <w:color w:val="1F2937"/>
          <w:sz w:val="22"/>
        </w:rPr>
        <w:t>Please sign the duplicate copy of this letter as a token of your acceptance.</w:t>
      </w:r>
    </w:p>
    <w:p>
      <w:pPr>
        <w:spacing w:after="160"/>
      </w:pPr>
      <w:r>
        <w:rPr>
          <w:rFonts w:ascii="Calibri" w:hAnsi="Calibri"/>
          <w:b w:val="0"/>
          <w:i w:val="0"/>
          <w:color w:val="1F2937"/>
          <w:sz w:val="22"/>
        </w:rPr>
        <w:t xml:space="preserve">For </w:t>
      </w:r>
      <w:r>
        <w:rPr>
          <w:rFonts w:ascii="Calibri" w:hAnsi="Calibri"/>
          <w:b/>
          <w:i w:val="0"/>
          <w:color w:val="C52031"/>
          <w:sz w:val="22"/>
        </w:rPr>
        <w:t>[COMPANY NAME]</w:t>
      </w:r>
      <w:r>
        <w:rPr>
          <w:rFonts w:ascii="Calibri" w:hAnsi="Calibri"/>
          <w:b w:val="0"/>
          <w:i w:val="0"/>
          <w:color w:val="1F2937"/>
          <w:sz w:val="22"/>
        </w:rPr>
        <w:t>,</w:t>
      </w:r>
    </w:p>
    <w:p>
      <w:pPr>
        <w:spacing w:after="40"/>
      </w:pPr>
      <w:r>
        <w:rPr>
          <w:rFonts w:ascii="Calibri" w:hAnsi="Calibri"/>
          <w:b/>
          <w:i w:val="0"/>
          <w:color w:val="C52031"/>
          <w:sz w:val="22"/>
        </w:rPr>
        <w:t>[AUTHORISED SIGNATORY NAME]</w:t>
      </w:r>
    </w:p>
    <w:p>
      <w:pPr>
        <w:spacing w:after="320"/>
      </w:pPr>
      <w:r>
        <w:rPr>
          <w:rFonts w:ascii="Calibri" w:hAnsi="Calibri"/>
          <w:b/>
          <w:i w:val="0"/>
          <w:color w:val="C52031"/>
          <w:sz w:val="20"/>
        </w:rPr>
        <w:t>[DESIGNATION]</w:t>
      </w:r>
    </w:p>
    <w:p>
      <w:pPr>
        <w:spacing w:before="120" w:after="120"/>
      </w:pPr>
      <w:r>
        <w:rPr>
          <w:color w:val="E5E7EB"/>
          <w:sz w:val="16"/>
        </w:rPr>
        <w:t>______________________________________________________________________</w:t>
      </w:r>
    </w:p>
    <w:p>
      <w:pPr>
        <w:spacing w:after="160"/>
      </w:pPr>
      <w:r>
        <w:rPr>
          <w:rFonts w:ascii="Calibri" w:hAnsi="Calibri"/>
          <w:b/>
          <w:i w:val="0"/>
          <w:color w:val="1F2937"/>
          <w:sz w:val="22"/>
        </w:rPr>
        <w:t>EMPLOYEE ACCEPTANCE</w:t>
      </w:r>
    </w:p>
    <w:p>
      <w:pPr>
        <w:spacing w:after="240"/>
      </w:pPr>
      <w:r>
        <w:rPr>
          <w:rFonts w:ascii="Calibri" w:hAnsi="Calibri"/>
          <w:b w:val="0"/>
          <w:i w:val="0"/>
          <w:color w:val="1F2937"/>
          <w:sz w:val="22"/>
        </w:rPr>
        <w:t>I have read and understood the above terms and conditions. I accept this appointment.</w:t>
      </w:r>
    </w:p>
    <w:p>
      <w:pPr>
        <w:spacing w:after="80"/>
      </w:pPr>
      <w:r>
        <w:rPr>
          <w:rFonts w:ascii="Calibri" w:hAnsi="Calibri"/>
          <w:b w:val="0"/>
          <w:i w:val="0"/>
          <w:color w:val="1F2937"/>
          <w:sz w:val="22"/>
        </w:rPr>
        <w:t xml:space="preserve">Name: </w:t>
      </w:r>
      <w:r>
        <w:rPr>
          <w:rFonts w:ascii="Calibri" w:hAnsi="Calibri"/>
          <w:b/>
          <w:i w:val="0"/>
          <w:color w:val="C52031"/>
          <w:sz w:val="22"/>
        </w:rPr>
        <w:t>[EMPLOYEE FULL NAME]</w:t>
      </w:r>
    </w:p>
    <w:p>
      <w:pPr>
        <w:spacing w:after="80"/>
      </w:pPr>
      <w:r>
        <w:rPr>
          <w:rFonts w:ascii="Calibri" w:hAnsi="Calibri"/>
          <w:b w:val="0"/>
          <w:i w:val="0"/>
          <w:color w:val="1F2937"/>
          <w:sz w:val="22"/>
        </w:rPr>
        <w:t>Signature: _________________________    Date: _______________</w:t>
      </w:r>
    </w:p>
    <w:p>
      <w:r>
        <w:br w:type="page"/>
      </w:r>
    </w:p>
    <w:p>
      <w:pPr>
        <w:pStyle w:val="Heading1"/>
      </w:pPr>
      <w:r>
        <w:rPr>
          <w:color w:val="C52031"/>
        </w:rPr>
        <w:t>Template 3: Internship Offer Letter</w:t>
      </w:r>
    </w:p>
    <w:p>
      <w:pPr>
        <w:spacing w:after="240"/>
      </w:pPr>
      <w:r>
        <w:rPr>
          <w:rFonts w:ascii="Calibri" w:hAnsi="Calibri"/>
          <w:b w:val="0"/>
          <w:i/>
          <w:color w:val="6B7280"/>
          <w:sz w:val="20"/>
        </w:rPr>
        <w:t>For paid or unpaid interns. Covers stipend, duration, mentor, and project scope.</w:t>
      </w:r>
    </w:p>
    <w:p>
      <w:pPr>
        <w:spacing w:before="120" w:after="120"/>
      </w:pPr>
      <w:r>
        <w:rPr>
          <w:color w:val="E5E7EB"/>
          <w:sz w:val="16"/>
        </w:rPr>
        <w:t>______________________________________________________________________</w:t>
      </w:r>
    </w:p>
    <w:p>
      <w:pPr>
        <w:spacing w:after="120"/>
      </w:pPr>
      <w:r>
        <w:rPr>
          <w:rFonts w:ascii="Calibri" w:hAnsi="Calibri"/>
          <w:b/>
          <w:color w:val="C52031"/>
          <w:sz w:val="22"/>
        </w:rPr>
        <w:t>[COMPANY LETTERHEAD / LOGO]</w:t>
      </w:r>
    </w:p>
    <w:p>
      <w:pPr>
        <w:spacing w:after="120"/>
      </w:pPr>
    </w:p>
    <w:p>
      <w:pPr>
        <w:spacing w:after="120"/>
      </w:pPr>
      <w:r>
        <w:rPr>
          <w:rFonts w:ascii="Calibri" w:hAnsi="Calibri"/>
          <w:b w:val="0"/>
          <w:i w:val="0"/>
          <w:color w:val="1F2937"/>
          <w:sz w:val="22"/>
        </w:rPr>
        <w:t xml:space="preserve">Date: </w:t>
      </w:r>
      <w:r>
        <w:rPr>
          <w:rFonts w:ascii="Calibri" w:hAnsi="Calibri"/>
          <w:b/>
          <w:i w:val="0"/>
          <w:color w:val="C52031"/>
          <w:sz w:val="22"/>
        </w:rPr>
        <w:t>[DD-MMM-YYYY]</w:t>
      </w:r>
    </w:p>
    <w:p>
      <w:pPr>
        <w:spacing w:after="240"/>
      </w:pPr>
      <w:r>
        <w:rPr>
          <w:rFonts w:ascii="Calibri" w:hAnsi="Calibri"/>
          <w:b w:val="0"/>
          <w:i w:val="0"/>
          <w:color w:val="6B7280"/>
          <w:sz w:val="20"/>
        </w:rPr>
        <w:t xml:space="preserve">Ref: </w:t>
      </w:r>
      <w:r>
        <w:rPr>
          <w:rFonts w:ascii="Calibri" w:hAnsi="Calibri"/>
          <w:b/>
          <w:i w:val="0"/>
          <w:color w:val="C52031"/>
          <w:sz w:val="20"/>
        </w:rPr>
        <w:t>[COMPANY]</w:t>
      </w:r>
      <w:r>
        <w:rPr>
          <w:rFonts w:ascii="Calibri" w:hAnsi="Calibri"/>
          <w:b w:val="0"/>
          <w:i w:val="0"/>
          <w:color w:val="6B7280"/>
          <w:sz w:val="20"/>
        </w:rPr>
        <w:t>/HR/INTERN/</w:t>
      </w:r>
      <w:r>
        <w:rPr>
          <w:rFonts w:ascii="Calibri" w:hAnsi="Calibri"/>
          <w:b/>
          <w:i w:val="0"/>
          <w:color w:val="C52031"/>
          <w:sz w:val="20"/>
        </w:rPr>
        <w:t>[YEAR]</w:t>
      </w:r>
      <w:r>
        <w:rPr>
          <w:rFonts w:ascii="Calibri" w:hAnsi="Calibri"/>
          <w:b w:val="0"/>
          <w:i w:val="0"/>
          <w:color w:val="6B7280"/>
          <w:sz w:val="20"/>
        </w:rPr>
        <w:t>/</w:t>
      </w:r>
      <w:r>
        <w:rPr>
          <w:rFonts w:ascii="Calibri" w:hAnsi="Calibri"/>
          <w:b/>
          <w:i w:val="0"/>
          <w:color w:val="C52031"/>
          <w:sz w:val="20"/>
        </w:rPr>
        <w:t>[NUMBER]</w:t>
      </w:r>
    </w:p>
    <w:p>
      <w:pPr>
        <w:spacing w:after="120"/>
      </w:pPr>
      <w:r>
        <w:rPr>
          <w:rFonts w:ascii="Calibri" w:hAnsi="Calibri"/>
          <w:b w:val="0"/>
          <w:i w:val="0"/>
          <w:color w:val="1F2937"/>
          <w:sz w:val="22"/>
        </w:rPr>
        <w:t>To,</w:t>
      </w:r>
    </w:p>
    <w:p>
      <w:pPr>
        <w:spacing w:after="120"/>
      </w:pPr>
      <w:r>
        <w:rPr>
          <w:rFonts w:ascii="Calibri" w:hAnsi="Calibri"/>
          <w:b/>
          <w:i w:val="0"/>
          <w:color w:val="C52031"/>
          <w:sz w:val="22"/>
        </w:rPr>
        <w:t>[INTERN FULL NAME]</w:t>
      </w:r>
    </w:p>
    <w:p>
      <w:pPr>
        <w:spacing w:after="240"/>
      </w:pPr>
      <w:r>
        <w:rPr>
          <w:rFonts w:ascii="Calibri" w:hAnsi="Calibri"/>
          <w:b/>
          <w:i w:val="0"/>
          <w:color w:val="C52031"/>
          <w:sz w:val="22"/>
        </w:rPr>
        <w:t>[COLLEGE/UNIVERSITY NAME]</w:t>
      </w:r>
    </w:p>
    <w:p>
      <w:pPr>
        <w:spacing w:after="240"/>
      </w:pPr>
      <w:r>
        <w:rPr>
          <w:rFonts w:ascii="Calibri" w:hAnsi="Calibri"/>
          <w:b/>
          <w:i w:val="0"/>
          <w:color w:val="1F2937"/>
          <w:sz w:val="24"/>
        </w:rPr>
        <w:t>Subject: Internship Offer</w:t>
      </w:r>
    </w:p>
    <w:p>
      <w:pPr>
        <w:spacing w:after="160"/>
      </w:pPr>
      <w:r>
        <w:rPr>
          <w:rFonts w:ascii="Calibri" w:hAnsi="Calibri"/>
          <w:b w:val="0"/>
          <w:i w:val="0"/>
          <w:color w:val="1F2937"/>
          <w:sz w:val="22"/>
        </w:rPr>
        <w:t xml:space="preserve">Dear </w:t>
      </w:r>
      <w:r>
        <w:rPr>
          <w:rFonts w:ascii="Calibri" w:hAnsi="Calibri"/>
          <w:b/>
          <w:i w:val="0"/>
          <w:color w:val="C52031"/>
          <w:sz w:val="22"/>
        </w:rPr>
        <w:t>[INTERN FIRST NAME]</w:t>
      </w:r>
      <w:r>
        <w:rPr>
          <w:rFonts w:ascii="Calibri" w:hAnsi="Calibri"/>
          <w:b w:val="0"/>
          <w:i w:val="0"/>
          <w:color w:val="1F2937"/>
          <w:sz w:val="22"/>
        </w:rPr>
        <w:t>,</w:t>
      </w:r>
    </w:p>
    <w:p>
      <w:pPr>
        <w:spacing w:after="160"/>
      </w:pPr>
      <w:r>
        <w:rPr>
          <w:rFonts w:ascii="Calibri" w:hAnsi="Calibri"/>
          <w:b w:val="0"/>
          <w:i w:val="0"/>
          <w:color w:val="1F2937"/>
          <w:sz w:val="22"/>
        </w:rPr>
        <w:t xml:space="preserve">We are happy to offer you an internship position at </w:t>
      </w:r>
      <w:r>
        <w:rPr>
          <w:rFonts w:ascii="Calibri" w:hAnsi="Calibri"/>
          <w:b/>
          <w:i w:val="0"/>
          <w:color w:val="C52031"/>
          <w:sz w:val="22"/>
        </w:rPr>
        <w:t>[COMPANY NAME]</w:t>
      </w:r>
      <w:r>
        <w:rPr>
          <w:rFonts w:ascii="Calibri" w:hAnsi="Calibri"/>
          <w:b w:val="0"/>
          <w:i w:val="0"/>
          <w:color w:val="1F2937"/>
          <w:sz w:val="22"/>
        </w:rPr>
        <w:t xml:space="preserve">. Based on your interview on </w:t>
      </w:r>
      <w:r>
        <w:rPr>
          <w:rFonts w:ascii="Calibri" w:hAnsi="Calibri"/>
          <w:b/>
          <w:i w:val="0"/>
          <w:color w:val="C52031"/>
          <w:sz w:val="22"/>
        </w:rPr>
        <w:t>[DATE]</w:t>
      </w:r>
      <w:r>
        <w:rPr>
          <w:rFonts w:ascii="Calibri" w:hAnsi="Calibri"/>
          <w:b w:val="0"/>
          <w:i w:val="0"/>
          <w:color w:val="1F2937"/>
          <w:sz w:val="22"/>
        </w:rPr>
        <w:t xml:space="preserve">, we believe you'll be a great fit for our </w:t>
      </w:r>
      <w:r>
        <w:rPr>
          <w:rFonts w:ascii="Calibri" w:hAnsi="Calibri"/>
          <w:b/>
          <w:i w:val="0"/>
          <w:color w:val="C52031"/>
          <w:sz w:val="22"/>
        </w:rPr>
        <w:t>[DEPARTMENT]</w:t>
      </w:r>
      <w:r>
        <w:rPr>
          <w:rFonts w:ascii="Calibri" w:hAnsi="Calibri"/>
          <w:b w:val="0"/>
          <w:i w:val="0"/>
          <w:color w:val="1F2937"/>
          <w:sz w:val="22"/>
        </w:rPr>
        <w:t xml:space="preserve"> team.</w:t>
      </w:r>
    </w:p>
    <w:p>
      <w:pPr>
        <w:spacing w:after="40"/>
      </w:pPr>
      <w:r>
        <w:rPr>
          <w:rFonts w:ascii="Calibri" w:hAnsi="Calibri"/>
          <w:b/>
          <w:sz w:val="22"/>
        </w:rPr>
        <w:t xml:space="preserve">    Role: </w:t>
      </w:r>
      <w:r>
        <w:rPr>
          <w:rFonts w:ascii="Calibri" w:hAnsi="Calibri"/>
          <w:color w:val="C52031"/>
          <w:sz w:val="22"/>
        </w:rPr>
        <w:t>[INTERN DESIGNATION, e.g., Marketing Intern]</w:t>
      </w:r>
    </w:p>
    <w:p>
      <w:pPr>
        <w:spacing w:after="40"/>
      </w:pPr>
      <w:r>
        <w:rPr>
          <w:rFonts w:ascii="Calibri" w:hAnsi="Calibri"/>
          <w:b/>
          <w:sz w:val="22"/>
        </w:rPr>
        <w:t xml:space="preserve">    Department: </w:t>
      </w:r>
      <w:r>
        <w:rPr>
          <w:rFonts w:ascii="Calibri" w:hAnsi="Calibri"/>
          <w:color w:val="C52031"/>
          <w:sz w:val="22"/>
        </w:rPr>
        <w:t>[DEPARTMENT]</w:t>
      </w:r>
    </w:p>
    <w:p>
      <w:pPr>
        <w:spacing w:after="40"/>
      </w:pPr>
      <w:r>
        <w:rPr>
          <w:rFonts w:ascii="Calibri" w:hAnsi="Calibri"/>
          <w:b/>
          <w:sz w:val="22"/>
        </w:rPr>
        <w:t xml:space="preserve">    Reporting To: </w:t>
      </w:r>
      <w:r>
        <w:rPr>
          <w:rFonts w:ascii="Calibri" w:hAnsi="Calibri"/>
          <w:color w:val="C52031"/>
          <w:sz w:val="22"/>
        </w:rPr>
        <w:t>[MENTOR NAME, DESIGNATION]</w:t>
      </w:r>
    </w:p>
    <w:p>
      <w:pPr>
        <w:spacing w:after="40"/>
      </w:pPr>
      <w:r>
        <w:rPr>
          <w:rFonts w:ascii="Calibri" w:hAnsi="Calibri"/>
          <w:b/>
          <w:sz w:val="22"/>
        </w:rPr>
        <w:t xml:space="preserve">    Duration: </w:t>
      </w:r>
      <w:r>
        <w:rPr>
          <w:rFonts w:ascii="Calibri" w:hAnsi="Calibri"/>
          <w:color w:val="C52031"/>
          <w:sz w:val="22"/>
        </w:rPr>
        <w:t>[START DATE] to [END DATE] ([X] months)</w:t>
      </w:r>
    </w:p>
    <w:p>
      <w:pPr>
        <w:spacing w:after="40"/>
      </w:pPr>
      <w:r>
        <w:rPr>
          <w:rFonts w:ascii="Calibri" w:hAnsi="Calibri"/>
          <w:b/>
          <w:sz w:val="22"/>
        </w:rPr>
        <w:t xml:space="preserve">    Working Hours: </w:t>
      </w:r>
      <w:r>
        <w:rPr>
          <w:rFonts w:ascii="Calibri" w:hAnsi="Calibri"/>
          <w:color w:val="C52031"/>
          <w:sz w:val="22"/>
        </w:rPr>
        <w:t>[9:00 AM to 5:00 PM], [DAYS]</w:t>
      </w:r>
    </w:p>
    <w:p>
      <w:pPr>
        <w:spacing w:after="40"/>
      </w:pPr>
      <w:r>
        <w:rPr>
          <w:rFonts w:ascii="Calibri" w:hAnsi="Calibri"/>
          <w:b/>
          <w:sz w:val="22"/>
        </w:rPr>
        <w:t xml:space="preserve">    Stipend: </w:t>
      </w:r>
      <w:r>
        <w:rPr>
          <w:rFonts w:ascii="Calibri" w:hAnsi="Calibri"/>
          <w:color w:val="C52031"/>
          <w:sz w:val="22"/>
        </w:rPr>
        <w:t>Rs [AMOUNT]/month (paid by [7th/10th] of each month) OR Unpaid</w:t>
      </w:r>
    </w:p>
    <w:p>
      <w:pPr>
        <w:spacing w:after="40"/>
      </w:pPr>
      <w:r>
        <w:rPr>
          <w:rFonts w:ascii="Calibri" w:hAnsi="Calibri"/>
          <w:b/>
          <w:sz w:val="22"/>
        </w:rPr>
        <w:t xml:space="preserve">    Work Location: </w:t>
      </w:r>
      <w:r>
        <w:rPr>
          <w:rFonts w:ascii="Calibri" w:hAnsi="Calibri"/>
          <w:color w:val="C52031"/>
          <w:sz w:val="22"/>
        </w:rPr>
        <w:t>[OFFICE ADDRESS] / Remote / Hybrid</w:t>
      </w:r>
    </w:p>
    <w:p/>
    <w:p>
      <w:pPr>
        <w:spacing w:after="80"/>
      </w:pPr>
      <w:r>
        <w:rPr>
          <w:rFonts w:ascii="Calibri" w:hAnsi="Calibri"/>
          <w:b/>
          <w:i w:val="0"/>
          <w:color w:val="1F2937"/>
          <w:sz w:val="22"/>
        </w:rPr>
        <w:t>Project/Scope:</w:t>
      </w:r>
    </w:p>
    <w:p>
      <w:pPr>
        <w:spacing w:after="160"/>
      </w:pPr>
      <w:r>
        <w:rPr>
          <w:rFonts w:ascii="Calibri" w:hAnsi="Calibri"/>
          <w:b/>
          <w:i w:val="0"/>
          <w:color w:val="C52031"/>
          <w:sz w:val="22"/>
        </w:rPr>
        <w:t>[Describe the intern's expected deliverables, projects, or learning objectives in 2-3 lines.]</w:t>
      </w:r>
    </w:p>
    <w:p>
      <w:pPr>
        <w:spacing w:after="80"/>
      </w:pPr>
      <w:r>
        <w:rPr>
          <w:rFonts w:ascii="Calibri" w:hAnsi="Calibri"/>
          <w:b/>
          <w:i w:val="0"/>
          <w:color w:val="1F2937"/>
          <w:sz w:val="22"/>
        </w:rPr>
        <w:t>Terms:</w:t>
      </w:r>
    </w:p>
    <w:p>
      <w:pPr>
        <w:spacing w:after="60"/>
      </w:pPr>
      <w:r>
        <w:rPr>
          <w:rFonts w:ascii="Calibri" w:hAnsi="Calibri"/>
          <w:b w:val="0"/>
          <w:i w:val="0"/>
          <w:color w:val="1F2937"/>
          <w:sz w:val="20"/>
        </w:rPr>
        <w:t xml:space="preserve">    - This is an internship, not an employment contract. It does not guarantee a full-time offer.</w:t>
      </w:r>
    </w:p>
    <w:p>
      <w:pPr>
        <w:spacing w:after="60"/>
      </w:pPr>
      <w:r>
        <w:rPr>
          <w:rFonts w:ascii="Calibri" w:hAnsi="Calibri"/>
          <w:b w:val="0"/>
          <w:i w:val="0"/>
          <w:color w:val="1F2937"/>
          <w:sz w:val="20"/>
        </w:rPr>
        <w:t xml:space="preserve">    - Either party may end the internship with </w:t>
      </w:r>
      <w:r>
        <w:rPr>
          <w:rFonts w:ascii="Calibri" w:hAnsi="Calibri"/>
          <w:b/>
          <w:i w:val="0"/>
          <w:color w:val="C52031"/>
          <w:sz w:val="20"/>
        </w:rPr>
        <w:t>[7]</w:t>
      </w:r>
      <w:r>
        <w:rPr>
          <w:rFonts w:ascii="Calibri" w:hAnsi="Calibri"/>
          <w:b w:val="0"/>
          <w:i w:val="0"/>
          <w:color w:val="1F2937"/>
          <w:sz w:val="20"/>
        </w:rPr>
        <w:t xml:space="preserve"> days' written notice.</w:t>
      </w:r>
    </w:p>
    <w:p>
      <w:pPr>
        <w:spacing w:after="60"/>
      </w:pPr>
      <w:r>
        <w:rPr>
          <w:rFonts w:ascii="Calibri" w:hAnsi="Calibri"/>
          <w:b w:val="0"/>
          <w:i w:val="0"/>
          <w:color w:val="1F2937"/>
          <w:sz w:val="20"/>
        </w:rPr>
        <w:t xml:space="preserve">    - You'll receive an internship completion certificate at the end of the programme.</w:t>
      </w:r>
    </w:p>
    <w:p>
      <w:pPr>
        <w:spacing w:after="60"/>
      </w:pPr>
      <w:r>
        <w:rPr>
          <w:rFonts w:ascii="Calibri" w:hAnsi="Calibri"/>
          <w:b w:val="0"/>
          <w:i w:val="0"/>
          <w:color w:val="1F2937"/>
          <w:sz w:val="20"/>
        </w:rPr>
        <w:t xml:space="preserve">    - Based on performance, a pre-placement offer (PPO) may be extended at the company's discretion.</w:t>
      </w:r>
    </w:p>
    <w:p>
      <w:pPr>
        <w:spacing w:after="60"/>
      </w:pPr>
      <w:r>
        <w:rPr>
          <w:rFonts w:ascii="Calibri" w:hAnsi="Calibri"/>
          <w:b w:val="0"/>
          <w:i w:val="0"/>
          <w:color w:val="1F2937"/>
          <w:sz w:val="20"/>
        </w:rPr>
        <w:t xml:space="preserve">    - You must maintain confidentiality of all company information during and after the internship.</w:t>
      </w:r>
    </w:p>
    <w:p>
      <w:pPr>
        <w:spacing w:after="60"/>
      </w:pPr>
      <w:r>
        <w:rPr>
          <w:rFonts w:ascii="Calibri" w:hAnsi="Calibri"/>
          <w:b w:val="0"/>
          <w:i w:val="0"/>
          <w:color w:val="1F2937"/>
          <w:sz w:val="20"/>
        </w:rPr>
        <w:t xml:space="preserve">    - If you're a student, please ensure this internship is approved by your college/university.</w:t>
      </w:r>
    </w:p>
    <w:p/>
    <w:p>
      <w:pPr>
        <w:spacing w:after="240"/>
      </w:pPr>
      <w:r>
        <w:rPr>
          <w:rFonts w:ascii="Calibri" w:hAnsi="Calibri"/>
          <w:b w:val="0"/>
          <w:i w:val="0"/>
          <w:color w:val="1F2937"/>
          <w:sz w:val="22"/>
        </w:rPr>
        <w:t xml:space="preserve">Please confirm your acceptance by </w:t>
      </w:r>
      <w:r>
        <w:rPr>
          <w:rFonts w:ascii="Calibri" w:hAnsi="Calibri"/>
          <w:b/>
          <w:i w:val="0"/>
          <w:color w:val="C52031"/>
          <w:sz w:val="22"/>
        </w:rPr>
        <w:t>[DATE]</w:t>
      </w:r>
      <w:r>
        <w:rPr>
          <w:rFonts w:ascii="Calibri" w:hAnsi="Calibri"/>
          <w:b w:val="0"/>
          <w:i w:val="0"/>
          <w:color w:val="1F2937"/>
          <w:sz w:val="22"/>
        </w:rPr>
        <w:t xml:space="preserve"> via email to </w:t>
      </w:r>
      <w:r>
        <w:rPr>
          <w:rFonts w:ascii="Calibri" w:hAnsi="Calibri"/>
          <w:b/>
          <w:i w:val="0"/>
          <w:color w:val="C52031"/>
          <w:sz w:val="22"/>
        </w:rPr>
        <w:t>[HR EMAIL]</w:t>
      </w:r>
      <w:r>
        <w:rPr>
          <w:rFonts w:ascii="Calibri" w:hAnsi="Calibri"/>
          <w:b w:val="0"/>
          <w:i w:val="0"/>
          <w:color w:val="1F2937"/>
          <w:sz w:val="22"/>
        </w:rPr>
        <w:t>.</w:t>
      </w:r>
    </w:p>
    <w:p>
      <w:pPr>
        <w:spacing w:after="240"/>
      </w:pPr>
      <w:r>
        <w:rPr>
          <w:rFonts w:ascii="Calibri" w:hAnsi="Calibri"/>
          <w:b w:val="0"/>
          <w:i w:val="0"/>
          <w:color w:val="1F2937"/>
          <w:sz w:val="22"/>
        </w:rPr>
        <w:t>Looking forward to working with you.</w:t>
      </w:r>
    </w:p>
    <w:p>
      <w:pPr>
        <w:spacing w:after="40"/>
      </w:pPr>
      <w:r>
        <w:rPr>
          <w:rFonts w:ascii="Calibri" w:hAnsi="Calibri"/>
          <w:b/>
          <w:i w:val="0"/>
          <w:color w:val="C52031"/>
          <w:sz w:val="22"/>
        </w:rPr>
        <w:t>[HR MANAGER NAME]</w:t>
      </w:r>
    </w:p>
    <w:p>
      <w:pPr>
        <w:spacing w:after="320"/>
      </w:pPr>
      <w:r>
        <w:rPr>
          <w:rFonts w:ascii="Calibri" w:hAnsi="Calibri"/>
          <w:b/>
          <w:i w:val="0"/>
          <w:color w:val="C52031"/>
          <w:sz w:val="20"/>
        </w:rPr>
        <w:t>[COMPANY NAME]</w:t>
      </w:r>
    </w:p>
    <w:p>
      <w:pPr>
        <w:spacing w:before="120" w:after="120"/>
      </w:pPr>
      <w:r>
        <w:rPr>
          <w:color w:val="E5E7EB"/>
          <w:sz w:val="16"/>
        </w:rPr>
        <w:t>______________________________________________________________________</w:t>
      </w:r>
    </w:p>
    <w:p>
      <w:pPr>
        <w:spacing w:after="160"/>
      </w:pPr>
      <w:r>
        <w:rPr>
          <w:rFonts w:ascii="Calibri" w:hAnsi="Calibri"/>
          <w:b/>
          <w:i w:val="0"/>
          <w:color w:val="1F2937"/>
          <w:sz w:val="22"/>
        </w:rPr>
        <w:t>ACCEPTANCE BY INTERN</w:t>
      </w:r>
    </w:p>
    <w:p>
      <w:pPr>
        <w:spacing w:after="240"/>
      </w:pPr>
      <w:r>
        <w:rPr>
          <w:rFonts w:ascii="Calibri" w:hAnsi="Calibri"/>
          <w:b w:val="0"/>
          <w:i w:val="0"/>
          <w:color w:val="1F2937"/>
          <w:sz w:val="22"/>
        </w:rPr>
        <w:t xml:space="preserve">I, </w:t>
      </w:r>
      <w:r>
        <w:rPr>
          <w:rFonts w:ascii="Calibri" w:hAnsi="Calibri"/>
          <w:b/>
          <w:i w:val="0"/>
          <w:color w:val="C52031"/>
          <w:sz w:val="22"/>
        </w:rPr>
        <w:t>[INTERN FULL NAME]</w:t>
      </w:r>
      <w:r>
        <w:rPr>
          <w:rFonts w:ascii="Calibri" w:hAnsi="Calibri"/>
          <w:b w:val="0"/>
          <w:i w:val="0"/>
          <w:color w:val="1F2937"/>
          <w:sz w:val="22"/>
        </w:rPr>
        <w:t>, accept the internship on the terms stated above.</w:t>
      </w:r>
    </w:p>
    <w:p>
      <w:pPr>
        <w:spacing w:after="80"/>
      </w:pPr>
      <w:r>
        <w:rPr>
          <w:rFonts w:ascii="Calibri" w:hAnsi="Calibri"/>
          <w:b w:val="0"/>
          <w:i w:val="0"/>
          <w:color w:val="1F2937"/>
          <w:sz w:val="22"/>
        </w:rPr>
        <w:t>Signature: _________________________    Date: _______________</w:t>
      </w:r>
    </w:p>
    <w:p>
      <w:r>
        <w:br w:type="page"/>
      </w:r>
    </w:p>
    <w:p>
      <w:pPr>
        <w:pStyle w:val="Heading1"/>
      </w:pPr>
      <w:r>
        <w:rPr>
          <w:color w:val="C52031"/>
        </w:rPr>
        <w:t>Template 4: Probation Confirmation Letter</w:t>
      </w:r>
    </w:p>
    <w:p>
      <w:pPr>
        <w:spacing w:after="240"/>
      </w:pPr>
      <w:r>
        <w:rPr>
          <w:rFonts w:ascii="Calibri" w:hAnsi="Calibri"/>
          <w:b w:val="0"/>
          <w:i/>
          <w:color w:val="6B7280"/>
          <w:sz w:val="20"/>
        </w:rPr>
        <w:t>Issued after the probation period ends. Confirms permanent employment status.</w:t>
      </w:r>
    </w:p>
    <w:p>
      <w:pPr>
        <w:spacing w:before="120" w:after="120"/>
      </w:pPr>
      <w:r>
        <w:rPr>
          <w:color w:val="E5E7EB"/>
          <w:sz w:val="16"/>
        </w:rPr>
        <w:t>______________________________________________________________________</w:t>
      </w:r>
    </w:p>
    <w:p>
      <w:pPr>
        <w:spacing w:after="120"/>
      </w:pPr>
      <w:r>
        <w:rPr>
          <w:rFonts w:ascii="Calibri" w:hAnsi="Calibri"/>
          <w:b/>
          <w:color w:val="C52031"/>
          <w:sz w:val="22"/>
        </w:rPr>
        <w:t>[COMPANY LETTERHEAD / LOGO]</w:t>
      </w:r>
    </w:p>
    <w:p>
      <w:pPr>
        <w:spacing w:after="120"/>
      </w:pPr>
    </w:p>
    <w:p>
      <w:pPr>
        <w:spacing w:after="120"/>
      </w:pPr>
      <w:r>
        <w:rPr>
          <w:rFonts w:ascii="Calibri" w:hAnsi="Calibri"/>
          <w:b w:val="0"/>
          <w:i w:val="0"/>
          <w:color w:val="1F2937"/>
          <w:sz w:val="22"/>
        </w:rPr>
        <w:t xml:space="preserve">Date: </w:t>
      </w:r>
      <w:r>
        <w:rPr>
          <w:rFonts w:ascii="Calibri" w:hAnsi="Calibri"/>
          <w:b/>
          <w:i w:val="0"/>
          <w:color w:val="C52031"/>
          <w:sz w:val="22"/>
        </w:rPr>
        <w:t>[DD-MMM-YYYY]</w:t>
      </w:r>
    </w:p>
    <w:p>
      <w:pPr>
        <w:spacing w:after="240"/>
      </w:pPr>
      <w:r>
        <w:rPr>
          <w:rFonts w:ascii="Calibri" w:hAnsi="Calibri"/>
          <w:b w:val="0"/>
          <w:i w:val="0"/>
          <w:color w:val="6B7280"/>
          <w:sz w:val="20"/>
        </w:rPr>
        <w:t xml:space="preserve">Ref: </w:t>
      </w:r>
      <w:r>
        <w:rPr>
          <w:rFonts w:ascii="Calibri" w:hAnsi="Calibri"/>
          <w:b/>
          <w:i w:val="0"/>
          <w:color w:val="C52031"/>
          <w:sz w:val="20"/>
        </w:rPr>
        <w:t>[COMPANY]</w:t>
      </w:r>
      <w:r>
        <w:rPr>
          <w:rFonts w:ascii="Calibri" w:hAnsi="Calibri"/>
          <w:b w:val="0"/>
          <w:i w:val="0"/>
          <w:color w:val="6B7280"/>
          <w:sz w:val="20"/>
        </w:rPr>
        <w:t>/HR/CONF/</w:t>
      </w:r>
      <w:r>
        <w:rPr>
          <w:rFonts w:ascii="Calibri" w:hAnsi="Calibri"/>
          <w:b/>
          <w:i w:val="0"/>
          <w:color w:val="C52031"/>
          <w:sz w:val="20"/>
        </w:rPr>
        <w:t>[YEAR]</w:t>
      </w:r>
      <w:r>
        <w:rPr>
          <w:rFonts w:ascii="Calibri" w:hAnsi="Calibri"/>
          <w:b w:val="0"/>
          <w:i w:val="0"/>
          <w:color w:val="6B7280"/>
          <w:sz w:val="20"/>
        </w:rPr>
        <w:t>/</w:t>
      </w:r>
      <w:r>
        <w:rPr>
          <w:rFonts w:ascii="Calibri" w:hAnsi="Calibri"/>
          <w:b/>
          <w:i w:val="0"/>
          <w:color w:val="C52031"/>
          <w:sz w:val="20"/>
        </w:rPr>
        <w:t>[NUMBER]</w:t>
      </w:r>
    </w:p>
    <w:p>
      <w:pPr>
        <w:spacing w:after="120"/>
      </w:pPr>
      <w:r>
        <w:rPr>
          <w:rFonts w:ascii="Calibri" w:hAnsi="Calibri"/>
          <w:b w:val="0"/>
          <w:i w:val="0"/>
          <w:color w:val="1F2937"/>
          <w:sz w:val="22"/>
        </w:rPr>
        <w:t>To,</w:t>
      </w:r>
    </w:p>
    <w:p>
      <w:pPr>
        <w:spacing w:after="120"/>
      </w:pPr>
      <w:r>
        <w:rPr>
          <w:rFonts w:ascii="Calibri" w:hAnsi="Calibri"/>
          <w:b/>
          <w:i w:val="0"/>
          <w:color w:val="C52031"/>
          <w:sz w:val="22"/>
        </w:rPr>
        <w:t>[EMPLOYEE FULL NAME]</w:t>
      </w:r>
    </w:p>
    <w:p>
      <w:pPr>
        <w:spacing w:after="120"/>
      </w:pPr>
      <w:r>
        <w:rPr>
          <w:rFonts w:ascii="Calibri" w:hAnsi="Calibri"/>
          <w:b w:val="0"/>
          <w:i w:val="0"/>
          <w:color w:val="1F2937"/>
          <w:sz w:val="22"/>
        </w:rPr>
        <w:t xml:space="preserve">Employee ID: </w:t>
      </w:r>
      <w:r>
        <w:rPr>
          <w:rFonts w:ascii="Calibri" w:hAnsi="Calibri"/>
          <w:b/>
          <w:i w:val="0"/>
          <w:color w:val="C52031"/>
          <w:sz w:val="22"/>
        </w:rPr>
        <w:t>[EMP ID]</w:t>
      </w:r>
    </w:p>
    <w:p>
      <w:pPr>
        <w:spacing w:after="240"/>
      </w:pPr>
      <w:r>
        <w:rPr>
          <w:rFonts w:ascii="Calibri" w:hAnsi="Calibri"/>
          <w:b w:val="0"/>
          <w:i w:val="0"/>
          <w:color w:val="1F2937"/>
          <w:sz w:val="22"/>
        </w:rPr>
        <w:t xml:space="preserve">Department: </w:t>
      </w:r>
      <w:r>
        <w:rPr>
          <w:rFonts w:ascii="Calibri" w:hAnsi="Calibri"/>
          <w:b/>
          <w:i w:val="0"/>
          <w:color w:val="C52031"/>
          <w:sz w:val="22"/>
        </w:rPr>
        <w:t>[DEPARTMENT]</w:t>
      </w:r>
    </w:p>
    <w:p>
      <w:pPr>
        <w:spacing w:after="240"/>
      </w:pPr>
      <w:r>
        <w:rPr>
          <w:rFonts w:ascii="Calibri" w:hAnsi="Calibri"/>
          <w:b/>
          <w:i w:val="0"/>
          <w:color w:val="1F2937"/>
          <w:sz w:val="24"/>
        </w:rPr>
        <w:t>Subject: Confirmation of Employment after Probation</w:t>
      </w:r>
    </w:p>
    <w:p>
      <w:pPr>
        <w:spacing w:after="160"/>
      </w:pPr>
      <w:r>
        <w:rPr>
          <w:rFonts w:ascii="Calibri" w:hAnsi="Calibri"/>
          <w:b w:val="0"/>
          <w:i w:val="0"/>
          <w:color w:val="1F2937"/>
          <w:sz w:val="22"/>
        </w:rPr>
        <w:t xml:space="preserve">Dear </w:t>
      </w:r>
      <w:r>
        <w:rPr>
          <w:rFonts w:ascii="Calibri" w:hAnsi="Calibri"/>
          <w:b/>
          <w:i w:val="0"/>
          <w:color w:val="C52031"/>
          <w:sz w:val="22"/>
        </w:rPr>
        <w:t>[EMPLOYEE FIRST NAME]</w:t>
      </w:r>
      <w:r>
        <w:rPr>
          <w:rFonts w:ascii="Calibri" w:hAnsi="Calibri"/>
          <w:b w:val="0"/>
          <w:i w:val="0"/>
          <w:color w:val="1F2937"/>
          <w:sz w:val="22"/>
        </w:rPr>
        <w:t>,</w:t>
      </w:r>
    </w:p>
    <w:p>
      <w:pPr>
        <w:spacing w:after="160"/>
      </w:pPr>
      <w:r>
        <w:rPr>
          <w:rFonts w:ascii="Calibri" w:hAnsi="Calibri"/>
          <w:b w:val="0"/>
          <w:i w:val="0"/>
          <w:color w:val="1F2937"/>
          <w:sz w:val="22"/>
        </w:rPr>
        <w:t xml:space="preserve">We are pleased to inform you that your probation period, which commenced on </w:t>
      </w:r>
      <w:r>
        <w:rPr>
          <w:rFonts w:ascii="Calibri" w:hAnsi="Calibri"/>
          <w:b/>
          <w:i w:val="0"/>
          <w:color w:val="C52031"/>
          <w:sz w:val="22"/>
        </w:rPr>
        <w:t>[JOINING DATE]</w:t>
      </w:r>
      <w:r>
        <w:rPr>
          <w:rFonts w:ascii="Calibri" w:hAnsi="Calibri"/>
          <w:b w:val="0"/>
          <w:i w:val="0"/>
          <w:color w:val="1F2937"/>
          <w:sz w:val="22"/>
        </w:rPr>
        <w:t xml:space="preserve"> and ended on </w:t>
      </w:r>
      <w:r>
        <w:rPr>
          <w:rFonts w:ascii="Calibri" w:hAnsi="Calibri"/>
          <w:b/>
          <w:i w:val="0"/>
          <w:color w:val="C52031"/>
          <w:sz w:val="22"/>
        </w:rPr>
        <w:t>[PROBATION END DATE]</w:t>
      </w:r>
      <w:r>
        <w:rPr>
          <w:rFonts w:ascii="Calibri" w:hAnsi="Calibri"/>
          <w:b w:val="0"/>
          <w:i w:val="0"/>
          <w:color w:val="1F2937"/>
          <w:sz w:val="22"/>
        </w:rPr>
        <w:t>, has been completed satisfactorily.</w:t>
      </w:r>
    </w:p>
    <w:p>
      <w:pPr>
        <w:spacing w:after="160"/>
      </w:pPr>
      <w:r>
        <w:rPr>
          <w:rFonts w:ascii="Calibri" w:hAnsi="Calibri"/>
          <w:b w:val="0"/>
          <w:i w:val="0"/>
          <w:color w:val="1F2937"/>
          <w:sz w:val="22"/>
        </w:rPr>
        <w:t xml:space="preserve">Based on your performance review and your manager's recommendation, you are hereby confirmed as a permanent employee of </w:t>
      </w:r>
      <w:r>
        <w:rPr>
          <w:rFonts w:ascii="Calibri" w:hAnsi="Calibri"/>
          <w:b/>
          <w:i w:val="0"/>
          <w:color w:val="C52031"/>
          <w:sz w:val="22"/>
        </w:rPr>
        <w:t>[COMPANY NAME]</w:t>
      </w:r>
      <w:r>
        <w:rPr>
          <w:rFonts w:ascii="Calibri" w:hAnsi="Calibri"/>
          <w:b w:val="0"/>
          <w:i w:val="0"/>
          <w:color w:val="1F2937"/>
          <w:sz w:val="22"/>
        </w:rPr>
        <w:t xml:space="preserve"> with effect from </w:t>
      </w:r>
      <w:r>
        <w:rPr>
          <w:rFonts w:ascii="Calibri" w:hAnsi="Calibri"/>
          <w:b/>
          <w:i w:val="0"/>
          <w:color w:val="C52031"/>
          <w:sz w:val="22"/>
        </w:rPr>
        <w:t>[CONFIRMATION DATE]</w:t>
      </w:r>
      <w:r>
        <w:rPr>
          <w:rFonts w:ascii="Calibri" w:hAnsi="Calibri"/>
          <w:b w:val="0"/>
          <w:i w:val="0"/>
          <w:color w:val="1F2937"/>
          <w:sz w:val="22"/>
        </w:rPr>
        <w:t>.</w:t>
      </w:r>
    </w:p>
    <w:p>
      <w:pPr>
        <w:spacing w:after="80"/>
      </w:pPr>
      <w:r>
        <w:rPr>
          <w:rFonts w:ascii="Calibri" w:hAnsi="Calibri"/>
          <w:b/>
          <w:i w:val="0"/>
          <w:color w:val="1F2937"/>
          <w:sz w:val="22"/>
        </w:rPr>
        <w:t>Revised Terms (if applicable):</w:t>
      </w:r>
    </w:p>
    <w:p>
      <w:pPr>
        <w:spacing w:after="60"/>
      </w:pPr>
      <w:r>
        <w:rPr>
          <w:rFonts w:ascii="Calibri" w:hAnsi="Calibri"/>
          <w:b/>
          <w:sz w:val="20"/>
        </w:rPr>
        <w:t xml:space="preserve">    Revised CTC: </w:t>
      </w:r>
      <w:r>
        <w:rPr>
          <w:rFonts w:ascii="Calibri" w:hAnsi="Calibri"/>
          <w:sz w:val="20"/>
        </w:rPr>
        <w:t xml:space="preserve">Rs </w:t>
      </w:r>
      <w:r>
        <w:rPr>
          <w:rFonts w:ascii="Calibri" w:hAnsi="Calibri"/>
          <w:b/>
          <w:color w:val="C52031"/>
          <w:sz w:val="20"/>
        </w:rPr>
        <w:t>[AMOUNT]</w:t>
      </w:r>
      <w:r>
        <w:rPr>
          <w:rFonts w:ascii="Calibri" w:hAnsi="Calibri"/>
          <w:sz w:val="20"/>
        </w:rPr>
        <w:t>/annum (if revised post-probation) OR No change</w:t>
      </w:r>
    </w:p>
    <w:p>
      <w:pPr>
        <w:spacing w:after="60"/>
      </w:pPr>
      <w:r>
        <w:rPr>
          <w:rFonts w:ascii="Calibri" w:hAnsi="Calibri"/>
          <w:b/>
          <w:sz w:val="20"/>
        </w:rPr>
        <w:t xml:space="preserve">    Notice Period: </w:t>
      </w:r>
      <w:r>
        <w:rPr>
          <w:rFonts w:ascii="Calibri" w:hAnsi="Calibri"/>
          <w:b/>
          <w:color w:val="C52031"/>
          <w:sz w:val="20"/>
        </w:rPr>
        <w:t>[30/60/90]</w:t>
      </w:r>
      <w:r>
        <w:rPr>
          <w:rFonts w:ascii="Calibri" w:hAnsi="Calibri"/>
          <w:sz w:val="20"/>
        </w:rPr>
        <w:t xml:space="preserve"> days (updated from probation notice period)</w:t>
      </w:r>
    </w:p>
    <w:p>
      <w:pPr>
        <w:spacing w:after="60"/>
      </w:pPr>
      <w:r>
        <w:rPr>
          <w:rFonts w:ascii="Calibri" w:hAnsi="Calibri"/>
          <w:b/>
          <w:sz w:val="20"/>
        </w:rPr>
        <w:t xml:space="preserve">    Leave Entitlement: </w:t>
      </w:r>
      <w:r>
        <w:rPr>
          <w:rFonts w:ascii="Calibri" w:hAnsi="Calibri"/>
          <w:sz w:val="20"/>
        </w:rPr>
        <w:t>As per company leave policy for confirmed employees</w:t>
      </w:r>
    </w:p>
    <w:p>
      <w:pPr>
        <w:spacing w:after="60"/>
      </w:pPr>
      <w:r>
        <w:rPr>
          <w:rFonts w:ascii="Calibri" w:hAnsi="Calibri"/>
          <w:b/>
          <w:sz w:val="20"/>
        </w:rPr>
        <w:t xml:space="preserve">    Gratuity: </w:t>
      </w:r>
      <w:r>
        <w:rPr>
          <w:rFonts w:ascii="Calibri" w:hAnsi="Calibri"/>
          <w:sz w:val="20"/>
        </w:rPr>
        <w:t>You are now covered under the Payment of Gratuity Act, 1972. Gratuity becomes payable after 5 years of continuous service.</w:t>
      </w:r>
    </w:p>
    <w:p/>
    <w:p>
      <w:pPr>
        <w:spacing w:after="160"/>
      </w:pPr>
      <w:r>
        <w:rPr>
          <w:rFonts w:ascii="Calibri" w:hAnsi="Calibri"/>
          <w:b w:val="0"/>
          <w:i w:val="0"/>
          <w:color w:val="1F2937"/>
          <w:sz w:val="22"/>
        </w:rPr>
        <w:t xml:space="preserve">All other terms and conditions of your appointment letter dated </w:t>
      </w:r>
      <w:r>
        <w:rPr>
          <w:rFonts w:ascii="Calibri" w:hAnsi="Calibri"/>
          <w:b/>
          <w:i w:val="0"/>
          <w:color w:val="C52031"/>
          <w:sz w:val="22"/>
        </w:rPr>
        <w:t>[ORIGINAL APPOINTMENT DATE]</w:t>
      </w:r>
      <w:r>
        <w:rPr>
          <w:rFonts w:ascii="Calibri" w:hAnsi="Calibri"/>
          <w:b w:val="0"/>
          <w:i w:val="0"/>
          <w:color w:val="1F2937"/>
          <w:sz w:val="22"/>
        </w:rPr>
        <w:t xml:space="preserve"> remain unchanged unless specified above.</w:t>
      </w:r>
    </w:p>
    <w:p>
      <w:pPr>
        <w:spacing w:after="240"/>
      </w:pPr>
      <w:r>
        <w:rPr>
          <w:rFonts w:ascii="Calibri" w:hAnsi="Calibri"/>
          <w:b w:val="0"/>
          <w:i w:val="0"/>
          <w:color w:val="1F2937"/>
          <w:sz w:val="22"/>
        </w:rPr>
        <w:t>Congratulations on your confirmation. We value your contribution to the team.</w:t>
      </w:r>
    </w:p>
    <w:p>
      <w:pPr>
        <w:spacing w:after="160"/>
      </w:pPr>
      <w:r>
        <w:rPr>
          <w:rFonts w:ascii="Calibri" w:hAnsi="Calibri"/>
          <w:b w:val="0"/>
          <w:i w:val="0"/>
          <w:color w:val="1F2937"/>
          <w:sz w:val="22"/>
        </w:rPr>
        <w:t xml:space="preserve">For </w:t>
      </w:r>
      <w:r>
        <w:rPr>
          <w:rFonts w:ascii="Calibri" w:hAnsi="Calibri"/>
          <w:b/>
          <w:i w:val="0"/>
          <w:color w:val="C52031"/>
          <w:sz w:val="22"/>
        </w:rPr>
        <w:t>[COMPANY NAME]</w:t>
      </w:r>
      <w:r>
        <w:rPr>
          <w:rFonts w:ascii="Calibri" w:hAnsi="Calibri"/>
          <w:b w:val="0"/>
          <w:i w:val="0"/>
          <w:color w:val="1F2937"/>
          <w:sz w:val="22"/>
        </w:rPr>
        <w:t>,</w:t>
      </w:r>
    </w:p>
    <w:p>
      <w:pPr>
        <w:spacing w:after="40"/>
      </w:pPr>
      <w:r>
        <w:rPr>
          <w:rFonts w:ascii="Calibri" w:hAnsi="Calibri"/>
          <w:b/>
          <w:i w:val="0"/>
          <w:color w:val="C52031"/>
          <w:sz w:val="22"/>
        </w:rPr>
        <w:t>[HR MANAGER / DIRECTOR NAME]</w:t>
      </w:r>
    </w:p>
    <w:p>
      <w:pPr>
        <w:spacing w:after="120"/>
      </w:pPr>
      <w:r>
        <w:rPr>
          <w:rFonts w:ascii="Calibri" w:hAnsi="Calibri"/>
          <w:b/>
          <w:i w:val="0"/>
          <w:color w:val="C52031"/>
          <w:sz w:val="20"/>
        </w:rPr>
        <w:t>[DESIGNATION]</w:t>
      </w:r>
    </w:p>
    <w:p>
      <w:r>
        <w:br w:type="page"/>
      </w:r>
    </w:p>
    <w:p>
      <w:pPr>
        <w:pStyle w:val="Heading1"/>
      </w:pPr>
      <w:r>
        <w:rPr>
          <w:color w:val="C52031"/>
        </w:rPr>
        <w:t>Template 5: Contract Employee Offer Letter</w:t>
      </w:r>
    </w:p>
    <w:p>
      <w:pPr>
        <w:spacing w:after="240"/>
      </w:pPr>
      <w:r>
        <w:rPr>
          <w:rFonts w:ascii="Calibri" w:hAnsi="Calibri"/>
          <w:b w:val="0"/>
          <w:i/>
          <w:color w:val="6B7280"/>
          <w:sz w:val="20"/>
        </w:rPr>
        <w:t>For fixed-term, project-based, or consultant hires. Not a permanent employment contract.</w:t>
      </w:r>
    </w:p>
    <w:p>
      <w:pPr>
        <w:spacing w:before="120" w:after="120"/>
      </w:pPr>
      <w:r>
        <w:rPr>
          <w:color w:val="E5E7EB"/>
          <w:sz w:val="16"/>
        </w:rPr>
        <w:t>______________________________________________________________________</w:t>
      </w:r>
    </w:p>
    <w:p>
      <w:pPr>
        <w:spacing w:after="120"/>
      </w:pPr>
      <w:r>
        <w:rPr>
          <w:rFonts w:ascii="Calibri" w:hAnsi="Calibri"/>
          <w:b/>
          <w:color w:val="C52031"/>
          <w:sz w:val="22"/>
        </w:rPr>
        <w:t>[COMPANY LETTERHEAD / LOGO]</w:t>
      </w:r>
    </w:p>
    <w:p>
      <w:pPr>
        <w:spacing w:after="120"/>
      </w:pPr>
    </w:p>
    <w:p>
      <w:pPr>
        <w:spacing w:after="120"/>
      </w:pPr>
      <w:r>
        <w:rPr>
          <w:rFonts w:ascii="Calibri" w:hAnsi="Calibri"/>
          <w:b w:val="0"/>
          <w:i w:val="0"/>
          <w:color w:val="1F2937"/>
          <w:sz w:val="22"/>
        </w:rPr>
        <w:t xml:space="preserve">Date: </w:t>
      </w:r>
      <w:r>
        <w:rPr>
          <w:rFonts w:ascii="Calibri" w:hAnsi="Calibri"/>
          <w:b/>
          <w:i w:val="0"/>
          <w:color w:val="C52031"/>
          <w:sz w:val="22"/>
        </w:rPr>
        <w:t>[DD-MMM-YYYY]</w:t>
      </w:r>
    </w:p>
    <w:p>
      <w:pPr>
        <w:spacing w:after="240"/>
      </w:pPr>
      <w:r>
        <w:rPr>
          <w:rFonts w:ascii="Calibri" w:hAnsi="Calibri"/>
          <w:b w:val="0"/>
          <w:i w:val="0"/>
          <w:color w:val="6B7280"/>
          <w:sz w:val="20"/>
        </w:rPr>
        <w:t xml:space="preserve">Ref: </w:t>
      </w:r>
      <w:r>
        <w:rPr>
          <w:rFonts w:ascii="Calibri" w:hAnsi="Calibri"/>
          <w:b/>
          <w:i w:val="0"/>
          <w:color w:val="C52031"/>
          <w:sz w:val="20"/>
        </w:rPr>
        <w:t>[COMPANY]</w:t>
      </w:r>
      <w:r>
        <w:rPr>
          <w:rFonts w:ascii="Calibri" w:hAnsi="Calibri"/>
          <w:b w:val="0"/>
          <w:i w:val="0"/>
          <w:color w:val="6B7280"/>
          <w:sz w:val="20"/>
        </w:rPr>
        <w:t>/HR/CONTRACT/</w:t>
      </w:r>
      <w:r>
        <w:rPr>
          <w:rFonts w:ascii="Calibri" w:hAnsi="Calibri"/>
          <w:b/>
          <w:i w:val="0"/>
          <w:color w:val="C52031"/>
          <w:sz w:val="20"/>
        </w:rPr>
        <w:t>[YEAR]</w:t>
      </w:r>
      <w:r>
        <w:rPr>
          <w:rFonts w:ascii="Calibri" w:hAnsi="Calibri"/>
          <w:b w:val="0"/>
          <w:i w:val="0"/>
          <w:color w:val="6B7280"/>
          <w:sz w:val="20"/>
        </w:rPr>
        <w:t>/</w:t>
      </w:r>
      <w:r>
        <w:rPr>
          <w:rFonts w:ascii="Calibri" w:hAnsi="Calibri"/>
          <w:b/>
          <w:i w:val="0"/>
          <w:color w:val="C52031"/>
          <w:sz w:val="20"/>
        </w:rPr>
        <w:t>[NUMBER]</w:t>
      </w:r>
    </w:p>
    <w:p>
      <w:pPr>
        <w:spacing w:after="120"/>
      </w:pPr>
      <w:r>
        <w:rPr>
          <w:rFonts w:ascii="Calibri" w:hAnsi="Calibri"/>
          <w:b w:val="0"/>
          <w:i w:val="0"/>
          <w:color w:val="1F2937"/>
          <w:sz w:val="22"/>
        </w:rPr>
        <w:t>To,</w:t>
      </w:r>
    </w:p>
    <w:p>
      <w:pPr>
        <w:spacing w:after="120"/>
      </w:pPr>
      <w:r>
        <w:rPr>
          <w:rFonts w:ascii="Calibri" w:hAnsi="Calibri"/>
          <w:b/>
          <w:i w:val="0"/>
          <w:color w:val="C52031"/>
          <w:sz w:val="22"/>
        </w:rPr>
        <w:t>[CONTRACTOR FULL NAME]</w:t>
      </w:r>
    </w:p>
    <w:p>
      <w:pPr>
        <w:spacing w:after="240"/>
      </w:pPr>
      <w:r>
        <w:rPr>
          <w:rFonts w:ascii="Calibri" w:hAnsi="Calibri"/>
          <w:b/>
          <w:i w:val="0"/>
          <w:color w:val="C52031"/>
          <w:sz w:val="22"/>
        </w:rPr>
        <w:t>[ADDRESS]</w:t>
      </w:r>
    </w:p>
    <w:p>
      <w:pPr>
        <w:spacing w:after="240"/>
      </w:pPr>
      <w:r>
        <w:rPr>
          <w:rFonts w:ascii="Calibri" w:hAnsi="Calibri"/>
          <w:b/>
          <w:i w:val="0"/>
          <w:color w:val="1F2937"/>
          <w:sz w:val="24"/>
        </w:rPr>
        <w:t>Subject: Contract of Engagement</w:t>
      </w:r>
    </w:p>
    <w:p>
      <w:pPr>
        <w:spacing w:after="160"/>
      </w:pPr>
      <w:r>
        <w:rPr>
          <w:rFonts w:ascii="Calibri" w:hAnsi="Calibri"/>
          <w:b w:val="0"/>
          <w:i w:val="0"/>
          <w:color w:val="1F2937"/>
          <w:sz w:val="22"/>
        </w:rPr>
        <w:t xml:space="preserve">Dear </w:t>
      </w:r>
      <w:r>
        <w:rPr>
          <w:rFonts w:ascii="Calibri" w:hAnsi="Calibri"/>
          <w:b/>
          <w:i w:val="0"/>
          <w:color w:val="C52031"/>
          <w:sz w:val="22"/>
        </w:rPr>
        <w:t>[CONTRACTOR FIRST NAME]</w:t>
      </w:r>
      <w:r>
        <w:rPr>
          <w:rFonts w:ascii="Calibri" w:hAnsi="Calibri"/>
          <w:b w:val="0"/>
          <w:i w:val="0"/>
          <w:color w:val="1F2937"/>
          <w:sz w:val="22"/>
        </w:rPr>
        <w:t>,</w:t>
      </w:r>
    </w:p>
    <w:p>
      <w:pPr>
        <w:spacing w:after="160"/>
      </w:pPr>
      <w:r>
        <w:rPr>
          <w:rFonts w:ascii="Calibri" w:hAnsi="Calibri"/>
          <w:b w:val="0"/>
          <w:i w:val="0"/>
          <w:color w:val="1F2937"/>
          <w:sz w:val="22"/>
        </w:rPr>
        <w:t xml:space="preserve">We are pleased to engage you on a fixed-term contract basis for </w:t>
      </w:r>
      <w:r>
        <w:rPr>
          <w:rFonts w:ascii="Calibri" w:hAnsi="Calibri"/>
          <w:b/>
          <w:i w:val="0"/>
          <w:color w:val="C52031"/>
          <w:sz w:val="22"/>
        </w:rPr>
        <w:t>[COMPANY NAME]</w:t>
      </w:r>
      <w:r>
        <w:rPr>
          <w:rFonts w:ascii="Calibri" w:hAnsi="Calibri"/>
          <w:b w:val="0"/>
          <w:i w:val="0"/>
          <w:color w:val="1F2937"/>
          <w:sz w:val="22"/>
        </w:rPr>
        <w:t>. The terms of this engagement are as follows:</w:t>
      </w:r>
    </w:p>
    <w:p>
      <w:pPr>
        <w:spacing w:after="40"/>
      </w:pPr>
      <w:r>
        <w:rPr>
          <w:rFonts w:ascii="Calibri" w:hAnsi="Calibri"/>
          <w:b/>
          <w:sz w:val="22"/>
        </w:rPr>
        <w:t xml:space="preserve">    Role: </w:t>
      </w:r>
      <w:r>
        <w:rPr>
          <w:rFonts w:ascii="Calibri" w:hAnsi="Calibri"/>
          <w:color w:val="C52031"/>
          <w:sz w:val="22"/>
        </w:rPr>
        <w:t>[DESIGNATION / SCOPE OF WORK]</w:t>
      </w:r>
    </w:p>
    <w:p>
      <w:pPr>
        <w:spacing w:after="40"/>
      </w:pPr>
      <w:r>
        <w:rPr>
          <w:rFonts w:ascii="Calibri" w:hAnsi="Calibri"/>
          <w:b/>
          <w:sz w:val="22"/>
        </w:rPr>
        <w:t xml:space="preserve">    Contract Duration: </w:t>
      </w:r>
      <w:r>
        <w:rPr>
          <w:rFonts w:ascii="Calibri" w:hAnsi="Calibri"/>
          <w:color w:val="C52031"/>
          <w:sz w:val="22"/>
        </w:rPr>
        <w:t>[START DATE] to [END DATE]</w:t>
      </w:r>
    </w:p>
    <w:p>
      <w:pPr>
        <w:spacing w:after="40"/>
      </w:pPr>
      <w:r>
        <w:rPr>
          <w:rFonts w:ascii="Calibri" w:hAnsi="Calibri"/>
          <w:b/>
          <w:sz w:val="22"/>
        </w:rPr>
        <w:t xml:space="preserve">    Compensation: </w:t>
      </w:r>
      <w:r>
        <w:rPr>
          <w:rFonts w:ascii="Calibri" w:hAnsi="Calibri"/>
          <w:color w:val="C52031"/>
          <w:sz w:val="22"/>
        </w:rPr>
        <w:t>Rs [AMOUNT]/month (inclusive of all taxes) OR Rs [AMOUNT] per project</w:t>
      </w:r>
    </w:p>
    <w:p>
      <w:pPr>
        <w:spacing w:after="40"/>
      </w:pPr>
      <w:r>
        <w:rPr>
          <w:rFonts w:ascii="Calibri" w:hAnsi="Calibri"/>
          <w:b/>
          <w:sz w:val="22"/>
        </w:rPr>
        <w:t xml:space="preserve">    Payment Terms: </w:t>
      </w:r>
      <w:r>
        <w:rPr>
          <w:rFonts w:ascii="Calibri" w:hAnsi="Calibri"/>
          <w:color w:val="C52031"/>
          <w:sz w:val="22"/>
        </w:rPr>
        <w:t>Monthly, by [7th/10th] of each month, to your bank account</w:t>
      </w:r>
    </w:p>
    <w:p>
      <w:pPr>
        <w:spacing w:after="40"/>
      </w:pPr>
      <w:r>
        <w:rPr>
          <w:rFonts w:ascii="Calibri" w:hAnsi="Calibri"/>
          <w:b/>
          <w:sz w:val="22"/>
        </w:rPr>
        <w:t xml:space="preserve">    Work Location: </w:t>
      </w:r>
      <w:r>
        <w:rPr>
          <w:rFonts w:ascii="Calibri" w:hAnsi="Calibri"/>
          <w:color w:val="C52031"/>
          <w:sz w:val="22"/>
        </w:rPr>
        <w:t>[OFFICE ADDRESS] / Remote / Client site</w:t>
      </w:r>
    </w:p>
    <w:p>
      <w:pPr>
        <w:spacing w:after="40"/>
      </w:pPr>
      <w:r>
        <w:rPr>
          <w:rFonts w:ascii="Calibri" w:hAnsi="Calibri"/>
          <w:b/>
          <w:sz w:val="22"/>
        </w:rPr>
        <w:t xml:space="preserve">    Reporting To: </w:t>
      </w:r>
      <w:r>
        <w:rPr>
          <w:rFonts w:ascii="Calibri" w:hAnsi="Calibri"/>
          <w:color w:val="C52031"/>
          <w:sz w:val="22"/>
        </w:rPr>
        <w:t>[MANAGER NAME, DESIGNATION]</w:t>
      </w:r>
    </w:p>
    <w:p/>
    <w:p>
      <w:pPr>
        <w:spacing w:after="80"/>
      </w:pPr>
      <w:r>
        <w:rPr>
          <w:rFonts w:ascii="Calibri" w:hAnsi="Calibri"/>
          <w:b/>
          <w:i w:val="0"/>
          <w:color w:val="1F2937"/>
          <w:sz w:val="22"/>
        </w:rPr>
        <w:t>Key Terms:</w:t>
      </w:r>
    </w:p>
    <w:p>
      <w:pPr>
        <w:spacing w:after="60"/>
      </w:pPr>
      <w:r>
        <w:rPr>
          <w:rFonts w:ascii="Calibri" w:hAnsi="Calibri"/>
          <w:b w:val="0"/>
          <w:i w:val="0"/>
          <w:color w:val="1F2937"/>
          <w:sz w:val="20"/>
        </w:rPr>
        <w:t xml:space="preserve">    - This is a contract engagement, not permanent employment. PF, ESI, and gratuity do not apply unless specifically agreed.</w:t>
      </w:r>
    </w:p>
    <w:p>
      <w:pPr>
        <w:spacing w:after="60"/>
      </w:pPr>
      <w:r>
        <w:rPr>
          <w:rFonts w:ascii="Calibri" w:hAnsi="Calibri"/>
          <w:b w:val="0"/>
          <w:i w:val="0"/>
          <w:color w:val="1F2937"/>
          <w:sz w:val="20"/>
        </w:rPr>
        <w:t xml:space="preserve">    - TDS will be deducted as applicable: 10% under Section 194J for professional/technical services (threshold Rs 30,000/year), or 1-2% under Section 194C for work contracts (threshold Rs 30,000 single / Rs 1,00,000 aggregate). Your CA can confirm which section applies.</w:t>
      </w:r>
    </w:p>
    <w:p>
      <w:pPr>
        <w:spacing w:after="60"/>
      </w:pPr>
      <w:r>
        <w:rPr>
          <w:rFonts w:ascii="Calibri" w:hAnsi="Calibri"/>
          <w:b w:val="0"/>
          <w:i w:val="0"/>
          <w:color w:val="1F2937"/>
          <w:sz w:val="20"/>
        </w:rPr>
        <w:t xml:space="preserve">    - Either party may terminate this contract with </w:t>
      </w:r>
      <w:r>
        <w:rPr>
          <w:rFonts w:ascii="Calibri" w:hAnsi="Calibri"/>
          <w:b/>
          <w:i w:val="0"/>
          <w:color w:val="C52031"/>
          <w:sz w:val="20"/>
        </w:rPr>
        <w:t>[15/30]</w:t>
      </w:r>
      <w:r>
        <w:rPr>
          <w:rFonts w:ascii="Calibri" w:hAnsi="Calibri"/>
          <w:b w:val="0"/>
          <w:i w:val="0"/>
          <w:color w:val="1F2937"/>
          <w:sz w:val="20"/>
        </w:rPr>
        <w:t xml:space="preserve"> days' written notice.</w:t>
      </w:r>
    </w:p>
    <w:p>
      <w:pPr>
        <w:spacing w:after="60"/>
      </w:pPr>
      <w:r>
        <w:rPr>
          <w:rFonts w:ascii="Calibri" w:hAnsi="Calibri"/>
          <w:b w:val="0"/>
          <w:i w:val="0"/>
          <w:color w:val="1F2937"/>
          <w:sz w:val="20"/>
        </w:rPr>
        <w:t xml:space="preserve">    - The contract automatically ends on the end date unless renewed in writing.</w:t>
      </w:r>
    </w:p>
    <w:p>
      <w:pPr>
        <w:spacing w:after="60"/>
      </w:pPr>
      <w:r>
        <w:rPr>
          <w:rFonts w:ascii="Calibri" w:hAnsi="Calibri"/>
          <w:b w:val="0"/>
          <w:i w:val="0"/>
          <w:color w:val="1F2937"/>
          <w:sz w:val="20"/>
        </w:rPr>
        <w:t xml:space="preserve">    - You are responsible for filing your own income tax returns and GST (if applicable).</w:t>
      </w:r>
    </w:p>
    <w:p>
      <w:pPr>
        <w:spacing w:after="60"/>
      </w:pPr>
      <w:r>
        <w:rPr>
          <w:rFonts w:ascii="Calibri" w:hAnsi="Calibri"/>
          <w:b w:val="0"/>
          <w:i w:val="0"/>
          <w:color w:val="1F2937"/>
          <w:sz w:val="20"/>
        </w:rPr>
        <w:t xml:space="preserve">    - All intellectual property created during this engagement belongs to </w:t>
      </w:r>
      <w:r>
        <w:rPr>
          <w:rFonts w:ascii="Calibri" w:hAnsi="Calibri"/>
          <w:b/>
          <w:i w:val="0"/>
          <w:color w:val="C52031"/>
          <w:sz w:val="20"/>
        </w:rPr>
        <w:t>[COMPANY NAME]</w:t>
      </w:r>
      <w:r>
        <w:rPr>
          <w:rFonts w:ascii="Calibri" w:hAnsi="Calibri"/>
          <w:b w:val="0"/>
          <w:i w:val="0"/>
          <w:color w:val="1F2937"/>
          <w:sz w:val="20"/>
        </w:rPr>
        <w:t>.</w:t>
      </w:r>
    </w:p>
    <w:p>
      <w:pPr>
        <w:spacing w:after="60"/>
      </w:pPr>
      <w:r>
        <w:rPr>
          <w:rFonts w:ascii="Calibri" w:hAnsi="Calibri"/>
          <w:b w:val="0"/>
          <w:i w:val="0"/>
          <w:color w:val="1F2937"/>
          <w:sz w:val="20"/>
        </w:rPr>
        <w:t xml:space="preserve">    - You shall maintain strict confidentiality of company information during and after this contract.</w:t>
      </w:r>
    </w:p>
    <w:p>
      <w:pPr>
        <w:spacing w:after="60"/>
      </w:pPr>
      <w:r>
        <w:rPr>
          <w:rFonts w:ascii="Calibri" w:hAnsi="Calibri"/>
          <w:b w:val="0"/>
          <w:i w:val="0"/>
          <w:color w:val="1F2937"/>
          <w:sz w:val="20"/>
        </w:rPr>
        <w:t xml:space="preserve">    - You may not sub-contract or delegate your responsibilities without prior written approval.</w:t>
      </w:r>
    </w:p>
    <w:p/>
    <w:p>
      <w:pPr>
        <w:spacing w:after="240"/>
      </w:pPr>
      <w:r>
        <w:rPr>
          <w:rFonts w:ascii="Calibri" w:hAnsi="Calibri"/>
          <w:b w:val="0"/>
          <w:i w:val="0"/>
          <w:color w:val="1F2937"/>
          <w:sz w:val="22"/>
        </w:rPr>
        <w:t>Please sign and return a copy to confirm your acceptance.</w:t>
      </w:r>
    </w:p>
    <w:p>
      <w:pPr>
        <w:spacing w:after="160"/>
      </w:pPr>
      <w:r>
        <w:rPr>
          <w:rFonts w:ascii="Calibri" w:hAnsi="Calibri"/>
          <w:b w:val="0"/>
          <w:i w:val="0"/>
          <w:color w:val="1F2937"/>
          <w:sz w:val="22"/>
        </w:rPr>
        <w:t xml:space="preserve">For </w:t>
      </w:r>
      <w:r>
        <w:rPr>
          <w:rFonts w:ascii="Calibri" w:hAnsi="Calibri"/>
          <w:b/>
          <w:i w:val="0"/>
          <w:color w:val="C52031"/>
          <w:sz w:val="22"/>
        </w:rPr>
        <w:t>[COMPANY NAME]</w:t>
      </w:r>
      <w:r>
        <w:rPr>
          <w:rFonts w:ascii="Calibri" w:hAnsi="Calibri"/>
          <w:b w:val="0"/>
          <w:i w:val="0"/>
          <w:color w:val="1F2937"/>
          <w:sz w:val="22"/>
        </w:rPr>
        <w:t>,</w:t>
      </w:r>
    </w:p>
    <w:p>
      <w:pPr>
        <w:spacing w:after="40"/>
      </w:pPr>
      <w:r>
        <w:rPr>
          <w:rFonts w:ascii="Calibri" w:hAnsi="Calibri"/>
          <w:b/>
          <w:i w:val="0"/>
          <w:color w:val="C52031"/>
          <w:sz w:val="22"/>
        </w:rPr>
        <w:t>[AUTHORISED SIGNATORY]</w:t>
      </w:r>
    </w:p>
    <w:p>
      <w:pPr>
        <w:spacing w:after="320"/>
      </w:pPr>
      <w:r>
        <w:rPr>
          <w:rFonts w:ascii="Calibri" w:hAnsi="Calibri"/>
          <w:b/>
          <w:i w:val="0"/>
          <w:color w:val="C52031"/>
          <w:sz w:val="20"/>
        </w:rPr>
        <w:t>[DESIGNATION]</w:t>
      </w:r>
    </w:p>
    <w:p>
      <w:pPr>
        <w:spacing w:before="120" w:after="120"/>
      </w:pPr>
      <w:r>
        <w:rPr>
          <w:color w:val="E5E7EB"/>
          <w:sz w:val="16"/>
        </w:rPr>
        <w:t>______________________________________________________________________</w:t>
      </w:r>
    </w:p>
    <w:p>
      <w:pPr>
        <w:spacing w:after="160"/>
      </w:pPr>
      <w:r>
        <w:rPr>
          <w:rFonts w:ascii="Calibri" w:hAnsi="Calibri"/>
          <w:b/>
          <w:i w:val="0"/>
          <w:color w:val="1F2937"/>
          <w:sz w:val="22"/>
        </w:rPr>
        <w:t>ACCEPTANCE</w:t>
      </w:r>
    </w:p>
    <w:p>
      <w:pPr>
        <w:spacing w:after="240"/>
      </w:pPr>
      <w:r>
        <w:rPr>
          <w:rFonts w:ascii="Calibri" w:hAnsi="Calibri"/>
          <w:b w:val="0"/>
          <w:i w:val="0"/>
          <w:color w:val="1F2937"/>
          <w:sz w:val="22"/>
        </w:rPr>
        <w:t>I accept the terms of this contract engagement.</w:t>
      </w:r>
    </w:p>
    <w:p>
      <w:pPr>
        <w:spacing w:after="80"/>
      </w:pPr>
      <w:r>
        <w:rPr>
          <w:rFonts w:ascii="Calibri" w:hAnsi="Calibri"/>
          <w:b w:val="0"/>
          <w:i w:val="0"/>
          <w:color w:val="1F2937"/>
          <w:sz w:val="22"/>
        </w:rPr>
        <w:t>Name: _________________________    Signature: _________________________</w:t>
      </w:r>
    </w:p>
    <w:p>
      <w:pPr>
        <w:spacing w:after="120"/>
      </w:pPr>
      <w:r>
        <w:rPr>
          <w:rFonts w:ascii="Calibri" w:hAnsi="Calibri"/>
          <w:b w:val="0"/>
          <w:i w:val="0"/>
          <w:color w:val="1F2937"/>
          <w:sz w:val="22"/>
        </w:rPr>
        <w:t>Date: _______________</w:t>
      </w:r>
    </w:p>
    <w:p/>
    <w:p/>
    <w:p>
      <w:pPr>
        <w:spacing w:before="120" w:after="120"/>
      </w:pPr>
      <w:r>
        <w:rPr>
          <w:color w:val="E5E7EB"/>
          <w:sz w:val="16"/>
        </w:rPr>
        <w:t>______________________________________________________________________</w:t>
      </w:r>
    </w:p>
    <w:p>
      <w:pPr>
        <w:spacing w:after="120"/>
        <w:jc w:val="center"/>
      </w:pPr>
      <w:r>
        <w:rPr>
          <w:rFonts w:ascii="Calibri" w:hAnsi="Calibri"/>
          <w:b w:val="0"/>
          <w:i/>
          <w:color w:val="6B7280"/>
          <w:sz w:val="20"/>
        </w:rPr>
        <w:t>Automate offer letters, onboarding, and payroll with Attendo.</w:t>
      </w:r>
    </w:p>
    <w:p>
      <w:pPr>
        <w:spacing w:after="120"/>
        <w:jc w:val="center"/>
      </w:pPr>
      <w:r>
        <w:rPr>
          <w:rFonts w:ascii="Calibri" w:hAnsi="Calibri"/>
          <w:b w:val="0"/>
          <w:i w:val="0"/>
          <w:color w:val="C52031"/>
          <w:sz w:val="20"/>
        </w:rPr>
        <w:t>attendohr.com | +91-72280 34343 | getpayroll@petpooja.com</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